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37"/>
        <w:gridCol w:w="2721"/>
      </w:tblGrid>
      <w:tr>
        <w:tc>
          <w:tcPr>
            <w:tcW w:type="dxa" w:w="5329"/>
            <w:tcBorders>
              <w:top w:val="nil"/>
              <w:left w:val="single" w:sz="18" w:color="1AA29A"/>
              <w:bottom w:val="nil"/>
              <w:right w:val="nil"/>
            </w:tcBorders>
            <w:tcMar>
              <w:top w:w="30" w:type="dxa"/>
              <w:start w:w="110" w:type="dxa"/>
              <w:bottom w:w="40" w:type="dxa"/>
              <w:end w:w="80" w:type="dxa"/>
            </w:tcMar>
          </w:tcPr>
          <w:p>
            <w:pPr>
              <w:spacing w:before="0" w:after="0"/>
            </w:pPr>
            <w:r>
              <w:rPr>
                <w:rFonts w:ascii="Aptos" w:hAnsi="Aptos"/>
                <w:b/>
                <w:color w:val="177B76"/>
                <w:sz w:val="16"/>
              </w:rPr>
              <w:t>Company: __________________________</w:t>
            </w:r>
          </w:p>
          <w:p>
            <w:pPr>
              <w:spacing w:before="20" w:after="20"/>
            </w:pPr>
            <w:r>
              <w:rPr>
                <w:rFonts w:ascii="Aptos Display" w:hAnsi="Aptos Display"/>
                <w:b/>
                <w:color w:val="17212A"/>
                <w:sz w:val="40"/>
              </w:rPr>
              <w:t>MEP Meeting Notes</w:t>
            </w:r>
          </w:p>
          <w:p>
            <w:pPr>
              <w:spacing w:before="0" w:after="0"/>
            </w:pPr>
            <w:r>
              <w:rPr>
                <w:color w:val="7A898F"/>
                <w:sz w:val="14"/>
              </w:rPr>
              <w:t>MEP Visit by WalkRound · Free project resource</w:t>
            </w:r>
          </w:p>
        </w:tc>
        <w:tc>
          <w:tcPr>
            <w:tcW w:type="dxa" w:w="5329"/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r/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31"/>
        <w:gridCol w:w="1587"/>
        <w:gridCol w:w="3685"/>
        <w:gridCol w:w="2154"/>
      </w:tblGrid>
      <w:tr>
        <w:tc>
          <w:tcPr>
            <w:tcW w:type="dxa" w:w="2664"/>
            <w:tcBorders>
              <w:bottom w:val="single" w:sz="4" w:color="A8B7BC"/>
            </w:tcBorders>
            <w:tcMar>
              <w:top w:w="35" w:type="dxa"/>
              <w:start w:w="35" w:type="dxa"/>
              <w:bottom w:w="35" w:type="dxa"/>
              <w:end w:w="35" w:type="dxa"/>
            </w:tcMar>
          </w:tcPr>
          <w:p>
            <w:pPr>
              <w:spacing w:before="0" w:after="20"/>
            </w:pPr>
            <w:r/>
            <w:r>
              <w:rPr>
                <w:rFonts w:ascii="Aptos" w:hAnsi="Aptos"/>
                <w:b/>
                <w:color w:val="5B7077"/>
                <w:sz w:val="14"/>
              </w:rPr>
              <w:t>PROJECT</w:t>
            </w:r>
          </w:p>
          <w:p>
            <w:pPr>
              <w:spacing w:before="0" w:after="0"/>
            </w:pPr>
            <w:r>
              <w:rPr>
                <w:rFonts w:ascii="Aptos" w:hAnsi="Aptos"/>
                <w:color w:val="17212A"/>
                <w:sz w:val="18"/>
              </w:rPr>
              <w:t xml:space="preserve"> </w:t>
            </w:r>
          </w:p>
        </w:tc>
        <w:tc>
          <w:tcPr>
            <w:tcW w:type="dxa" w:w="2664"/>
            <w:tcBorders>
              <w:bottom w:val="single" w:sz="4" w:color="A8B7BC"/>
            </w:tcBorders>
            <w:tcMar>
              <w:top w:w="35" w:type="dxa"/>
              <w:start w:w="35" w:type="dxa"/>
              <w:bottom w:w="35" w:type="dxa"/>
              <w:end w:w="35" w:type="dxa"/>
            </w:tcMar>
          </w:tcPr>
          <w:p>
            <w:pPr>
              <w:spacing w:before="0" w:after="20"/>
            </w:pPr>
            <w:r/>
            <w:r>
              <w:rPr>
                <w:rFonts w:ascii="Aptos" w:hAnsi="Aptos"/>
                <w:b/>
                <w:color w:val="5B7077"/>
                <w:sz w:val="14"/>
              </w:rPr>
              <w:t>PROJECT NO.</w:t>
            </w:r>
          </w:p>
          <w:p>
            <w:pPr>
              <w:spacing w:before="0" w:after="0"/>
            </w:pPr>
            <w:r>
              <w:rPr>
                <w:rFonts w:ascii="Aptos" w:hAnsi="Aptos"/>
                <w:color w:val="17212A"/>
                <w:sz w:val="18"/>
              </w:rPr>
              <w:t xml:space="preserve"> </w:t>
            </w:r>
          </w:p>
        </w:tc>
        <w:tc>
          <w:tcPr>
            <w:tcW w:type="dxa" w:w="2664"/>
            <w:tcBorders>
              <w:bottom w:val="single" w:sz="4" w:color="A8B7BC"/>
            </w:tcBorders>
            <w:tcMar>
              <w:top w:w="35" w:type="dxa"/>
              <w:start w:w="35" w:type="dxa"/>
              <w:bottom w:w="35" w:type="dxa"/>
              <w:end w:w="35" w:type="dxa"/>
            </w:tcMar>
          </w:tcPr>
          <w:p>
            <w:pPr>
              <w:spacing w:before="0" w:after="20"/>
            </w:pPr>
            <w:r/>
            <w:r>
              <w:rPr>
                <w:rFonts w:ascii="Aptos" w:hAnsi="Aptos"/>
                <w:b/>
                <w:color w:val="5B7077"/>
                <w:sz w:val="14"/>
              </w:rPr>
              <w:t>MEETING</w:t>
            </w:r>
          </w:p>
          <w:p>
            <w:pPr>
              <w:spacing w:before="0" w:after="0"/>
            </w:pPr>
            <w:r>
              <w:rPr>
                <w:rFonts w:ascii="Aptos" w:hAnsi="Aptos"/>
                <w:color w:val="17212A"/>
                <w:sz w:val="18"/>
              </w:rPr>
              <w:t>Design / coordination / progress…</w:t>
            </w:r>
          </w:p>
        </w:tc>
        <w:tc>
          <w:tcPr>
            <w:tcW w:type="dxa" w:w="2664"/>
            <w:tcBorders>
              <w:bottom w:val="single" w:sz="4" w:color="A8B7BC"/>
            </w:tcBorders>
            <w:tcMar>
              <w:top w:w="35" w:type="dxa"/>
              <w:start w:w="35" w:type="dxa"/>
              <w:bottom w:w="35" w:type="dxa"/>
              <w:end w:w="35" w:type="dxa"/>
            </w:tcMar>
          </w:tcPr>
          <w:p>
            <w:pPr>
              <w:spacing w:before="0" w:after="20"/>
            </w:pPr>
            <w:r/>
            <w:r>
              <w:rPr>
                <w:rFonts w:ascii="Aptos" w:hAnsi="Aptos"/>
                <w:b/>
                <w:color w:val="5B7077"/>
                <w:sz w:val="14"/>
              </w:rPr>
              <w:t>MEETING NO.</w:t>
            </w:r>
          </w:p>
          <w:p>
            <w:pPr>
              <w:spacing w:before="0" w:after="0"/>
            </w:pPr>
            <w:r>
              <w:rPr>
                <w:rFonts w:ascii="Aptos" w:hAnsi="Aptos"/>
                <w:color w:val="17212A"/>
                <w:sz w:val="18"/>
              </w:rPr>
              <w:t xml:space="preserve"> </w:t>
            </w:r>
          </w:p>
        </w:tc>
      </w:tr>
      <w:tr>
        <w:tc>
          <w:tcPr>
            <w:tcW w:type="dxa" w:w="2664"/>
            <w:tcBorders>
              <w:bottom w:val="single" w:sz="4" w:color="A8B7BC"/>
            </w:tcBorders>
            <w:tcMar>
              <w:top w:w="35" w:type="dxa"/>
              <w:start w:w="35" w:type="dxa"/>
              <w:bottom w:w="35" w:type="dxa"/>
              <w:end w:w="35" w:type="dxa"/>
            </w:tcMar>
          </w:tcPr>
          <w:p>
            <w:pPr>
              <w:spacing w:before="0" w:after="20"/>
            </w:pPr>
            <w:r/>
            <w:r>
              <w:rPr>
                <w:rFonts w:ascii="Aptos" w:hAnsi="Aptos"/>
                <w:b/>
                <w:color w:val="5B7077"/>
                <w:sz w:val="14"/>
              </w:rPr>
              <w:t>DATE &amp; TIME</w:t>
            </w:r>
          </w:p>
          <w:p>
            <w:pPr>
              <w:spacing w:before="0" w:after="0"/>
            </w:pPr>
            <w:r>
              <w:rPr>
                <w:rFonts w:ascii="Aptos" w:hAnsi="Aptos"/>
                <w:color w:val="17212A"/>
                <w:sz w:val="18"/>
              </w:rPr>
              <w:t xml:space="preserve"> </w:t>
            </w:r>
          </w:p>
        </w:tc>
        <w:tc>
          <w:tcPr>
            <w:tcW w:type="dxa" w:w="2664"/>
            <w:tcBorders>
              <w:bottom w:val="single" w:sz="4" w:color="A8B7BC"/>
            </w:tcBorders>
            <w:tcMar>
              <w:top w:w="35" w:type="dxa"/>
              <w:start w:w="35" w:type="dxa"/>
              <w:bottom w:w="35" w:type="dxa"/>
              <w:end w:w="35" w:type="dxa"/>
            </w:tcMar>
          </w:tcPr>
          <w:p>
            <w:pPr>
              <w:spacing w:before="0" w:after="20"/>
            </w:pPr>
            <w:r/>
            <w:r>
              <w:rPr>
                <w:rFonts w:ascii="Aptos" w:hAnsi="Aptos"/>
                <w:b/>
                <w:color w:val="5B7077"/>
                <w:sz w:val="14"/>
              </w:rPr>
              <w:t>LOCATION / CALL</w:t>
            </w:r>
          </w:p>
          <w:p>
            <w:pPr>
              <w:spacing w:before="0" w:after="0"/>
            </w:pPr>
            <w:r>
              <w:rPr>
                <w:rFonts w:ascii="Aptos" w:hAnsi="Aptos"/>
                <w:color w:val="17212A"/>
                <w:sz w:val="18"/>
              </w:rPr>
              <w:t xml:space="preserve"> </w:t>
            </w:r>
          </w:p>
        </w:tc>
        <w:tc>
          <w:tcPr>
            <w:tcW w:type="dxa" w:w="2664"/>
            <w:tcBorders>
              <w:bottom w:val="single" w:sz="4" w:color="A8B7BC"/>
            </w:tcBorders>
            <w:tcMar>
              <w:top w:w="35" w:type="dxa"/>
              <w:start w:w="35" w:type="dxa"/>
              <w:bottom w:w="35" w:type="dxa"/>
              <w:end w:w="35" w:type="dxa"/>
            </w:tcMar>
          </w:tcPr>
          <w:p>
            <w:pPr>
              <w:spacing w:before="0" w:after="20"/>
            </w:pPr>
            <w:r/>
            <w:r>
              <w:rPr>
                <w:rFonts w:ascii="Aptos" w:hAnsi="Aptos"/>
                <w:b/>
                <w:color w:val="5B7077"/>
                <w:sz w:val="14"/>
              </w:rPr>
              <w:t>PREPARED BY</w:t>
            </w:r>
          </w:p>
          <w:p>
            <w:pPr>
              <w:spacing w:before="0" w:after="0"/>
            </w:pPr>
            <w:r>
              <w:rPr>
                <w:rFonts w:ascii="Aptos" w:hAnsi="Aptos"/>
                <w:color w:val="17212A"/>
                <w:sz w:val="18"/>
              </w:rPr>
              <w:t xml:space="preserve"> </w:t>
            </w:r>
          </w:p>
        </w:tc>
        <w:tc>
          <w:tcPr>
            <w:tcW w:type="dxa" w:w="2664"/>
            <w:tcBorders>
              <w:bottom w:val="single" w:sz="4" w:color="A8B7BC"/>
            </w:tcBorders>
            <w:tcMar>
              <w:top w:w="35" w:type="dxa"/>
              <w:start w:w="35" w:type="dxa"/>
              <w:bottom w:w="35" w:type="dxa"/>
              <w:end w:w="35" w:type="dxa"/>
            </w:tcMar>
          </w:tcPr>
          <w:p>
            <w:pPr>
              <w:spacing w:before="0" w:after="20"/>
            </w:pPr>
            <w:r/>
            <w:r>
              <w:rPr>
                <w:rFonts w:ascii="Aptos" w:hAnsi="Aptos"/>
                <w:b/>
                <w:color w:val="5B7077"/>
                <w:sz w:val="14"/>
              </w:rPr>
              <w:t>NEXT MEETING</w:t>
            </w:r>
          </w:p>
          <w:p>
            <w:pPr>
              <w:spacing w:before="0" w:after="0"/>
            </w:pPr>
            <w:r>
              <w:rPr>
                <w:rFonts w:ascii="Aptos" w:hAnsi="Aptos"/>
                <w:color w:val="17212A"/>
                <w:sz w:val="18"/>
              </w:rPr>
              <w:t xml:space="preserve"> 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29"/>
        <w:gridCol w:w="5329"/>
      </w:tblGrid>
      <w:tr>
        <w:tc>
          <w:tcPr>
            <w:tcW w:type="dxa" w:w="5329"/>
            <w:tcBorders>
              <w:bottom w:val="single" w:sz="4" w:color="A8B7BC"/>
            </w:tcBorders>
            <w:tcMar>
              <w:top w:w="35" w:type="dxa"/>
              <w:start w:w="35" w:type="dxa"/>
              <w:bottom w:w="35" w:type="dxa"/>
              <w:end w:w="35" w:type="dxa"/>
            </w:tcMar>
          </w:tcPr>
          <w:p>
            <w:pPr>
              <w:spacing w:before="0" w:after="20"/>
            </w:pPr>
            <w:r/>
            <w:r>
              <w:rPr>
                <w:rFonts w:ascii="Aptos" w:hAnsi="Aptos"/>
                <w:b/>
                <w:color w:val="5B7077"/>
                <w:sz w:val="14"/>
              </w:rPr>
              <w:t>ATTENDEES</w:t>
            </w:r>
          </w:p>
          <w:p>
            <w:pPr>
              <w:spacing w:before="0" w:after="0"/>
            </w:pPr>
            <w:r>
              <w:rPr>
                <w:rFonts w:ascii="Aptos" w:hAnsi="Aptos"/>
                <w:color w:val="17212A"/>
                <w:sz w:val="18"/>
              </w:rPr>
              <w:t xml:space="preserve"> </w:t>
            </w:r>
          </w:p>
        </w:tc>
        <w:tc>
          <w:tcPr>
            <w:tcW w:type="dxa" w:w="5329"/>
            <w:tcBorders>
              <w:bottom w:val="single" w:sz="4" w:color="A8B7BC"/>
            </w:tcBorders>
            <w:tcMar>
              <w:top w:w="35" w:type="dxa"/>
              <w:start w:w="35" w:type="dxa"/>
              <w:bottom w:w="35" w:type="dxa"/>
              <w:end w:w="35" w:type="dxa"/>
            </w:tcMar>
          </w:tcPr>
          <w:p>
            <w:pPr>
              <w:spacing w:before="0" w:after="20"/>
            </w:pPr>
            <w:r/>
            <w:r>
              <w:rPr>
                <w:rFonts w:ascii="Aptos" w:hAnsi="Aptos"/>
                <w:b/>
                <w:color w:val="5B7077"/>
                <w:sz w:val="14"/>
              </w:rPr>
              <w:t>APOLOGIES / DISTRIBUTION</w:t>
            </w:r>
          </w:p>
          <w:p>
            <w:pPr>
              <w:spacing w:before="0" w:after="0"/>
            </w:pPr>
            <w:r>
              <w:rPr>
                <w:rFonts w:ascii="Aptos" w:hAnsi="Aptos"/>
                <w:color w:val="17212A"/>
                <w:sz w:val="18"/>
              </w:rPr>
              <w:t xml:space="preserve"> </w:t>
            </w:r>
          </w:p>
        </w:tc>
      </w:tr>
    </w:tbl>
    <w:p>
      <w:pPr>
        <w:spacing w:before="40" w:after="20"/>
      </w:pPr>
      <w:r>
        <w:rPr>
          <w:b/>
          <w:color w:val="24444C"/>
          <w:sz w:val="16"/>
        </w:rPr>
        <w:t>GENERAL NOTES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658"/>
      </w:tblGrid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</w:tbl>
    <w:p>
      <w:pPr>
        <w:spacing w:before="40" w:after="20"/>
      </w:pPr>
      <w:r>
        <w:rPr>
          <w:rFonts w:ascii="Aptos" w:hAnsi="Aptos"/>
          <w:b/>
          <w:color w:val="24444C"/>
          <w:sz w:val="16"/>
        </w:rPr>
        <w:t>A01  ACTION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16"/>
        <w:gridCol w:w="1814"/>
        <w:gridCol w:w="1701"/>
        <w:gridCol w:w="1928"/>
      </w:tblGrid>
      <w:tr>
        <w:tc>
          <w:tcPr>
            <w:tcW w:type="dxa" w:w="10656"/>
            <w:gridSpan w:val="4"/>
            <w:tcBorders>
              <w:bottom w:val="single" w:sz="4" w:color="B7C4C8"/>
              <w:top w:val="single" w:sz="4" w:color="B7C4C8"/>
              <w:left w:val="single" w:sz="4" w:color="B7C4C8"/>
              <w:right w:val="single" w:sz="4" w:color="B7C4C8"/>
            </w:tcBorders>
            <w:tcMar>
              <w:top w:w="35" w:type="dxa"/>
              <w:start w:w="35" w:type="dxa"/>
              <w:bottom w:w="35" w:type="dxa"/>
              <w:end w:w="35" w:type="dxa"/>
            </w:tcMar>
          </w:tcPr>
          <w:p>
            <w:pPr>
              <w:spacing w:before="0" w:after="20"/>
            </w:pPr>
            <w:r/>
            <w:r>
              <w:rPr>
                <w:rFonts w:ascii="Aptos" w:hAnsi="Aptos"/>
                <w:b/>
                <w:color w:val="5B7077"/>
                <w:sz w:val="14"/>
              </w:rPr>
              <w:t>DESCRIPTION</w:t>
            </w:r>
          </w:p>
          <w:p>
            <w:pPr>
              <w:spacing w:before="0" w:after="0"/>
            </w:pPr>
            <w:r>
              <w:rPr>
                <w:rFonts w:ascii="Aptos" w:hAnsi="Aptos"/>
                <w:color w:val="17212A"/>
                <w:sz w:val="18"/>
              </w:rPr>
              <w:t xml:space="preserve"> </w:t>
            </w:r>
          </w:p>
        </w:tc>
      </w:tr>
      <w:tr>
        <w:tc>
          <w:tcPr>
            <w:tcW w:type="dxa" w:w="2664"/>
            <w:tcBorders>
              <w:bottom w:val="single" w:sz="4" w:color="B7C4C8"/>
              <w:top w:val="single" w:sz="4" w:color="B7C4C8"/>
              <w:left w:val="single" w:sz="4" w:color="B7C4C8"/>
              <w:right w:val="single" w:sz="4" w:color="B7C4C8"/>
            </w:tcBorders>
            <w:tcMar>
              <w:top w:w="35" w:type="dxa"/>
              <w:start w:w="35" w:type="dxa"/>
              <w:bottom w:w="35" w:type="dxa"/>
              <w:end w:w="35" w:type="dxa"/>
            </w:tcMar>
          </w:tcPr>
          <w:p>
            <w:pPr>
              <w:spacing w:before="0" w:after="20"/>
            </w:pPr>
            <w:r/>
            <w:r>
              <w:rPr>
                <w:rFonts w:ascii="Aptos" w:hAnsi="Aptos"/>
                <w:b/>
                <w:color w:val="5B7077"/>
                <w:sz w:val="14"/>
              </w:rPr>
              <w:t>OWNER</w:t>
            </w:r>
          </w:p>
          <w:p>
            <w:pPr>
              <w:spacing w:before="0" w:after="0"/>
            </w:pPr>
            <w:r>
              <w:rPr>
                <w:rFonts w:ascii="Aptos" w:hAnsi="Aptos"/>
                <w:color w:val="17212A"/>
                <w:sz w:val="18"/>
              </w:rPr>
              <w:t xml:space="preserve"> </w:t>
            </w:r>
          </w:p>
        </w:tc>
        <w:tc>
          <w:tcPr>
            <w:tcW w:type="dxa" w:w="2664"/>
            <w:tcBorders>
              <w:bottom w:val="single" w:sz="4" w:color="B7C4C8"/>
              <w:top w:val="single" w:sz="4" w:color="B7C4C8"/>
              <w:left w:val="single" w:sz="4" w:color="B7C4C8"/>
              <w:right w:val="single" w:sz="4" w:color="B7C4C8"/>
            </w:tcBorders>
            <w:tcMar>
              <w:top w:w="35" w:type="dxa"/>
              <w:start w:w="35" w:type="dxa"/>
              <w:bottom w:w="35" w:type="dxa"/>
              <w:end w:w="35" w:type="dxa"/>
            </w:tcMar>
          </w:tcPr>
          <w:p>
            <w:pPr>
              <w:spacing w:before="0" w:after="20"/>
            </w:pPr>
            <w:r/>
            <w:r>
              <w:rPr>
                <w:rFonts w:ascii="Aptos" w:hAnsi="Aptos"/>
                <w:b/>
                <w:color w:val="5B7077"/>
                <w:sz w:val="14"/>
              </w:rPr>
              <w:t>DUE</w:t>
            </w:r>
          </w:p>
          <w:p>
            <w:pPr>
              <w:spacing w:before="0" w:after="0"/>
            </w:pPr>
            <w:r>
              <w:rPr>
                <w:rFonts w:ascii="Aptos" w:hAnsi="Aptos"/>
                <w:color w:val="17212A"/>
                <w:sz w:val="18"/>
              </w:rPr>
              <w:t xml:space="preserve"> </w:t>
            </w:r>
          </w:p>
        </w:tc>
        <w:tc>
          <w:tcPr>
            <w:tcW w:type="dxa" w:w="2664"/>
            <w:tcBorders>
              <w:bottom w:val="single" w:sz="4" w:color="B7C4C8"/>
              <w:top w:val="single" w:sz="4" w:color="B7C4C8"/>
              <w:left w:val="single" w:sz="4" w:color="B7C4C8"/>
              <w:right w:val="single" w:sz="4" w:color="B7C4C8"/>
            </w:tcBorders>
            <w:tcMar>
              <w:top w:w="35" w:type="dxa"/>
              <w:start w:w="35" w:type="dxa"/>
              <w:bottom w:w="35" w:type="dxa"/>
              <w:end w:w="35" w:type="dxa"/>
            </w:tcMar>
          </w:tcPr>
          <w:p>
            <w:pPr>
              <w:spacing w:before="0" w:after="20"/>
            </w:pPr>
            <w:r/>
            <w:r>
              <w:rPr>
                <w:rFonts w:ascii="Aptos" w:hAnsi="Aptos"/>
                <w:b/>
                <w:color w:val="5B7077"/>
                <w:sz w:val="14"/>
              </w:rPr>
              <w:t>PRIORITY</w:t>
            </w:r>
          </w:p>
          <w:p>
            <w:pPr>
              <w:spacing w:before="0" w:after="0"/>
            </w:pPr>
            <w:r>
              <w:rPr>
                <w:rFonts w:ascii="Aptos" w:hAnsi="Aptos"/>
                <w:color w:val="17212A"/>
                <w:sz w:val="18"/>
              </w:rPr>
              <w:t xml:space="preserve"> </w:t>
            </w:r>
          </w:p>
        </w:tc>
        <w:tc>
          <w:tcPr>
            <w:tcW w:type="dxa" w:w="2664"/>
            <w:tcBorders>
              <w:bottom w:val="single" w:sz="4" w:color="B7C4C8"/>
              <w:top w:val="single" w:sz="4" w:color="B7C4C8"/>
              <w:left w:val="single" w:sz="4" w:color="B7C4C8"/>
              <w:right w:val="single" w:sz="4" w:color="B7C4C8"/>
            </w:tcBorders>
            <w:tcMar>
              <w:top w:w="35" w:type="dxa"/>
              <w:start w:w="35" w:type="dxa"/>
              <w:bottom w:w="35" w:type="dxa"/>
              <w:end w:w="35" w:type="dxa"/>
            </w:tcMar>
          </w:tcPr>
          <w:p>
            <w:pPr>
              <w:spacing w:before="0" w:after="20"/>
            </w:pPr>
            <w:r/>
            <w:r>
              <w:rPr>
                <w:rFonts w:ascii="Aptos" w:hAnsi="Aptos"/>
                <w:b/>
                <w:color w:val="5B7077"/>
                <w:sz w:val="14"/>
              </w:rPr>
              <w:t>STATUS</w:t>
            </w:r>
          </w:p>
          <w:p>
            <w:pPr>
              <w:spacing w:before="0" w:after="0"/>
            </w:pPr>
            <w:r>
              <w:rPr>
                <w:rFonts w:ascii="Aptos" w:hAnsi="Aptos"/>
                <w:color w:val="17212A"/>
                <w:sz w:val="18"/>
              </w:rPr>
              <w:t>Open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370"/>
        <w:gridCol w:w="3288"/>
      </w:tblGrid>
      <w:tr>
        <w:tc>
          <w:tcPr>
            <w:tcW w:type="dxa" w:w="5329"/>
            <w:tcBorders>
              <w:top w:val="nil"/>
              <w:left w:val="nil"/>
              <w:bottom w:val="single" w:sz="10" w:color="24444C"/>
              <w:right w:val="nil"/>
            </w:tcBorders>
            <w:tcMar>
              <w:top w:w="20" w:type="dxa"/>
              <w:start w:w="0" w:type="dxa"/>
              <w:bottom w:w="55" w:type="dxa"/>
              <w:end w:w="0" w:type="dxa"/>
            </w:tcMar>
          </w:tcPr>
          <w:p>
            <w:pPr>
              <w:spacing w:before="0" w:after="0"/>
            </w:pPr>
            <w:r>
              <w:rPr>
                <w:rFonts w:ascii="Aptos" w:hAnsi="Aptos"/>
                <w:b/>
                <w:color w:val="24444C"/>
                <w:sz w:val="18"/>
              </w:rPr>
              <w:t>PROJECT / MEP MEETING NOTES</w:t>
            </w:r>
          </w:p>
        </w:tc>
        <w:tc>
          <w:tcPr>
            <w:tcW w:type="dxa" w:w="5329"/>
            <w:tcBorders>
              <w:top w:val="nil"/>
              <w:left w:val="nil"/>
              <w:bottom w:val="single" w:sz="10" w:color="24444C"/>
              <w:right w:val="nil"/>
            </w:tcBorders>
            <w:tcMar>
              <w:top w:w="20" w:type="dxa"/>
              <w:start w:w="0" w:type="dxa"/>
              <w:bottom w:w="55" w:type="dxa"/>
              <w:end w:w="0" w:type="dxa"/>
            </w:tcMar>
          </w:tcPr>
          <w:p>
            <w:pPr>
              <w:spacing w:before="0" w:after="0"/>
              <w:jc w:val="right"/>
            </w:pPr>
            <w:r>
              <w:rPr>
                <w:rFonts w:ascii="Aptos" w:hAnsi="Aptos"/>
                <w:b w:val="0"/>
                <w:color w:val="667B82"/>
                <w:sz w:val="16"/>
              </w:rPr>
              <w:t>DATE ____________________   PAGE 2</w:t>
            </w:r>
          </w:p>
        </w:tc>
      </w:tr>
    </w:tbl>
    <w:p>
      <w:pPr>
        <w:spacing w:before="60" w:after="40"/>
      </w:pPr>
      <w:r>
        <w:rPr>
          <w:b/>
          <w:color w:val="24444C"/>
          <w:sz w:val="16"/>
        </w:rPr>
        <w:t>GENERAL NOTES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658"/>
      </w:tblGrid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</w:tbl>
    <w:p>
      <w:pPr>
        <w:spacing w:before="40" w:after="20"/>
      </w:pPr>
      <w:r>
        <w:rPr>
          <w:rFonts w:ascii="Aptos" w:hAnsi="Aptos"/>
          <w:b/>
          <w:color w:val="24444C"/>
          <w:sz w:val="16"/>
        </w:rPr>
        <w:t>A02  ACTION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16"/>
        <w:gridCol w:w="1814"/>
        <w:gridCol w:w="1701"/>
        <w:gridCol w:w="1928"/>
      </w:tblGrid>
      <w:tr>
        <w:tc>
          <w:tcPr>
            <w:tcW w:type="dxa" w:w="10656"/>
            <w:gridSpan w:val="4"/>
            <w:tcBorders>
              <w:bottom w:val="single" w:sz="4" w:color="B7C4C8"/>
              <w:top w:val="single" w:sz="4" w:color="B7C4C8"/>
              <w:left w:val="single" w:sz="4" w:color="B7C4C8"/>
              <w:right w:val="single" w:sz="4" w:color="B7C4C8"/>
            </w:tcBorders>
            <w:tcMar>
              <w:top w:w="35" w:type="dxa"/>
              <w:start w:w="35" w:type="dxa"/>
              <w:bottom w:w="35" w:type="dxa"/>
              <w:end w:w="35" w:type="dxa"/>
            </w:tcMar>
          </w:tcPr>
          <w:p>
            <w:pPr>
              <w:spacing w:before="0" w:after="20"/>
            </w:pPr>
            <w:r/>
            <w:r>
              <w:rPr>
                <w:rFonts w:ascii="Aptos" w:hAnsi="Aptos"/>
                <w:b/>
                <w:color w:val="5B7077"/>
                <w:sz w:val="14"/>
              </w:rPr>
              <w:t>DESCRIPTION</w:t>
            </w:r>
          </w:p>
          <w:p>
            <w:pPr>
              <w:spacing w:before="0" w:after="0"/>
            </w:pPr>
            <w:r>
              <w:rPr>
                <w:rFonts w:ascii="Aptos" w:hAnsi="Aptos"/>
                <w:color w:val="17212A"/>
                <w:sz w:val="18"/>
              </w:rPr>
              <w:t xml:space="preserve"> </w:t>
            </w:r>
          </w:p>
        </w:tc>
      </w:tr>
      <w:tr>
        <w:tc>
          <w:tcPr>
            <w:tcW w:type="dxa" w:w="2664"/>
            <w:tcBorders>
              <w:bottom w:val="single" w:sz="4" w:color="B7C4C8"/>
              <w:top w:val="single" w:sz="4" w:color="B7C4C8"/>
              <w:left w:val="single" w:sz="4" w:color="B7C4C8"/>
              <w:right w:val="single" w:sz="4" w:color="B7C4C8"/>
            </w:tcBorders>
            <w:tcMar>
              <w:top w:w="35" w:type="dxa"/>
              <w:start w:w="35" w:type="dxa"/>
              <w:bottom w:w="35" w:type="dxa"/>
              <w:end w:w="35" w:type="dxa"/>
            </w:tcMar>
          </w:tcPr>
          <w:p>
            <w:pPr>
              <w:spacing w:before="0" w:after="20"/>
            </w:pPr>
            <w:r/>
            <w:r>
              <w:rPr>
                <w:rFonts w:ascii="Aptos" w:hAnsi="Aptos"/>
                <w:b/>
                <w:color w:val="5B7077"/>
                <w:sz w:val="14"/>
              </w:rPr>
              <w:t>OWNER</w:t>
            </w:r>
          </w:p>
          <w:p>
            <w:pPr>
              <w:spacing w:before="0" w:after="0"/>
            </w:pPr>
            <w:r>
              <w:rPr>
                <w:rFonts w:ascii="Aptos" w:hAnsi="Aptos"/>
                <w:color w:val="17212A"/>
                <w:sz w:val="18"/>
              </w:rPr>
              <w:t xml:space="preserve"> </w:t>
            </w:r>
          </w:p>
        </w:tc>
        <w:tc>
          <w:tcPr>
            <w:tcW w:type="dxa" w:w="2664"/>
            <w:tcBorders>
              <w:bottom w:val="single" w:sz="4" w:color="B7C4C8"/>
              <w:top w:val="single" w:sz="4" w:color="B7C4C8"/>
              <w:left w:val="single" w:sz="4" w:color="B7C4C8"/>
              <w:right w:val="single" w:sz="4" w:color="B7C4C8"/>
            </w:tcBorders>
            <w:tcMar>
              <w:top w:w="35" w:type="dxa"/>
              <w:start w:w="35" w:type="dxa"/>
              <w:bottom w:w="35" w:type="dxa"/>
              <w:end w:w="35" w:type="dxa"/>
            </w:tcMar>
          </w:tcPr>
          <w:p>
            <w:pPr>
              <w:spacing w:before="0" w:after="20"/>
            </w:pPr>
            <w:r/>
            <w:r>
              <w:rPr>
                <w:rFonts w:ascii="Aptos" w:hAnsi="Aptos"/>
                <w:b/>
                <w:color w:val="5B7077"/>
                <w:sz w:val="14"/>
              </w:rPr>
              <w:t>DUE</w:t>
            </w:r>
          </w:p>
          <w:p>
            <w:pPr>
              <w:spacing w:before="0" w:after="0"/>
            </w:pPr>
            <w:r>
              <w:rPr>
                <w:rFonts w:ascii="Aptos" w:hAnsi="Aptos"/>
                <w:color w:val="17212A"/>
                <w:sz w:val="18"/>
              </w:rPr>
              <w:t xml:space="preserve"> </w:t>
            </w:r>
          </w:p>
        </w:tc>
        <w:tc>
          <w:tcPr>
            <w:tcW w:type="dxa" w:w="2664"/>
            <w:tcBorders>
              <w:bottom w:val="single" w:sz="4" w:color="B7C4C8"/>
              <w:top w:val="single" w:sz="4" w:color="B7C4C8"/>
              <w:left w:val="single" w:sz="4" w:color="B7C4C8"/>
              <w:right w:val="single" w:sz="4" w:color="B7C4C8"/>
            </w:tcBorders>
            <w:tcMar>
              <w:top w:w="35" w:type="dxa"/>
              <w:start w:w="35" w:type="dxa"/>
              <w:bottom w:w="35" w:type="dxa"/>
              <w:end w:w="35" w:type="dxa"/>
            </w:tcMar>
          </w:tcPr>
          <w:p>
            <w:pPr>
              <w:spacing w:before="0" w:after="20"/>
            </w:pPr>
            <w:r/>
            <w:r>
              <w:rPr>
                <w:rFonts w:ascii="Aptos" w:hAnsi="Aptos"/>
                <w:b/>
                <w:color w:val="5B7077"/>
                <w:sz w:val="14"/>
              </w:rPr>
              <w:t>PRIORITY</w:t>
            </w:r>
          </w:p>
          <w:p>
            <w:pPr>
              <w:spacing w:before="0" w:after="0"/>
            </w:pPr>
            <w:r>
              <w:rPr>
                <w:rFonts w:ascii="Aptos" w:hAnsi="Aptos"/>
                <w:color w:val="17212A"/>
                <w:sz w:val="18"/>
              </w:rPr>
              <w:t xml:space="preserve"> </w:t>
            </w:r>
          </w:p>
        </w:tc>
        <w:tc>
          <w:tcPr>
            <w:tcW w:type="dxa" w:w="2664"/>
            <w:tcBorders>
              <w:bottom w:val="single" w:sz="4" w:color="B7C4C8"/>
              <w:top w:val="single" w:sz="4" w:color="B7C4C8"/>
              <w:left w:val="single" w:sz="4" w:color="B7C4C8"/>
              <w:right w:val="single" w:sz="4" w:color="B7C4C8"/>
            </w:tcBorders>
            <w:tcMar>
              <w:top w:w="35" w:type="dxa"/>
              <w:start w:w="35" w:type="dxa"/>
              <w:bottom w:w="35" w:type="dxa"/>
              <w:end w:w="35" w:type="dxa"/>
            </w:tcMar>
          </w:tcPr>
          <w:p>
            <w:pPr>
              <w:spacing w:before="0" w:after="20"/>
            </w:pPr>
            <w:r/>
            <w:r>
              <w:rPr>
                <w:rFonts w:ascii="Aptos" w:hAnsi="Aptos"/>
                <w:b/>
                <w:color w:val="5B7077"/>
                <w:sz w:val="14"/>
              </w:rPr>
              <w:t>STATUS</w:t>
            </w:r>
          </w:p>
          <w:p>
            <w:pPr>
              <w:spacing w:before="0" w:after="0"/>
            </w:pPr>
            <w:r>
              <w:rPr>
                <w:rFonts w:ascii="Aptos" w:hAnsi="Aptos"/>
                <w:color w:val="17212A"/>
                <w:sz w:val="18"/>
              </w:rPr>
              <w:t>Open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370"/>
        <w:gridCol w:w="3288"/>
      </w:tblGrid>
      <w:tr>
        <w:tc>
          <w:tcPr>
            <w:tcW w:type="dxa" w:w="5329"/>
            <w:tcBorders>
              <w:top w:val="nil"/>
              <w:left w:val="nil"/>
              <w:bottom w:val="single" w:sz="10" w:color="24444C"/>
              <w:right w:val="nil"/>
            </w:tcBorders>
            <w:tcMar>
              <w:top w:w="20" w:type="dxa"/>
              <w:start w:w="0" w:type="dxa"/>
              <w:bottom w:w="55" w:type="dxa"/>
              <w:end w:w="0" w:type="dxa"/>
            </w:tcMar>
          </w:tcPr>
          <w:p>
            <w:pPr>
              <w:spacing w:before="0" w:after="0"/>
            </w:pPr>
            <w:r>
              <w:rPr>
                <w:rFonts w:ascii="Aptos" w:hAnsi="Aptos"/>
                <w:b/>
                <w:color w:val="24444C"/>
                <w:sz w:val="18"/>
              </w:rPr>
              <w:t>PROJECT / MEP MEETING NOTES</w:t>
            </w:r>
          </w:p>
        </w:tc>
        <w:tc>
          <w:tcPr>
            <w:tcW w:type="dxa" w:w="5329"/>
            <w:tcBorders>
              <w:top w:val="nil"/>
              <w:left w:val="nil"/>
              <w:bottom w:val="single" w:sz="10" w:color="24444C"/>
              <w:right w:val="nil"/>
            </w:tcBorders>
            <w:tcMar>
              <w:top w:w="20" w:type="dxa"/>
              <w:start w:w="0" w:type="dxa"/>
              <w:bottom w:w="55" w:type="dxa"/>
              <w:end w:w="0" w:type="dxa"/>
            </w:tcMar>
          </w:tcPr>
          <w:p>
            <w:pPr>
              <w:spacing w:before="0" w:after="0"/>
              <w:jc w:val="right"/>
            </w:pPr>
            <w:r>
              <w:rPr>
                <w:rFonts w:ascii="Aptos" w:hAnsi="Aptos"/>
                <w:b w:val="0"/>
                <w:color w:val="667B82"/>
                <w:sz w:val="16"/>
              </w:rPr>
              <w:t>DATE ____________________   PAGE 3</w:t>
            </w:r>
          </w:p>
        </w:tc>
      </w:tr>
    </w:tbl>
    <w:p>
      <w:pPr>
        <w:spacing w:before="60" w:after="40"/>
      </w:pPr>
      <w:r>
        <w:rPr>
          <w:b/>
          <w:color w:val="24444C"/>
          <w:sz w:val="16"/>
        </w:rPr>
        <w:t>GENERAL NOTES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658"/>
      </w:tblGrid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  <w:tr>
        <w:trPr>
          <w:trHeight w:val="408" w:hRule="exact"/>
        </w:trPr>
        <w:tc>
          <w:tcPr>
            <w:tcW w:type="dxa" w:w="1065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3" w:color="D1DADD"/>
              <w:right w:val="nil"/>
            </w:tcBorders>
          </w:tcPr>
          <w:p>
            <w:r/>
          </w:p>
        </w:tc>
      </w:tr>
    </w:tbl>
    <w:p>
      <w:pPr>
        <w:spacing w:before="40" w:after="20"/>
      </w:pPr>
      <w:r>
        <w:rPr>
          <w:rFonts w:ascii="Aptos" w:hAnsi="Aptos"/>
          <w:b/>
          <w:color w:val="24444C"/>
          <w:sz w:val="16"/>
        </w:rPr>
        <w:t>A03  ACTION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16"/>
        <w:gridCol w:w="1814"/>
        <w:gridCol w:w="1701"/>
        <w:gridCol w:w="1928"/>
      </w:tblGrid>
      <w:tr>
        <w:tc>
          <w:tcPr>
            <w:tcW w:type="dxa" w:w="10656"/>
            <w:gridSpan w:val="4"/>
            <w:tcBorders>
              <w:bottom w:val="single" w:sz="4" w:color="B7C4C8"/>
              <w:top w:val="single" w:sz="4" w:color="B7C4C8"/>
              <w:left w:val="single" w:sz="4" w:color="B7C4C8"/>
              <w:right w:val="single" w:sz="4" w:color="B7C4C8"/>
            </w:tcBorders>
            <w:tcMar>
              <w:top w:w="35" w:type="dxa"/>
              <w:start w:w="35" w:type="dxa"/>
              <w:bottom w:w="35" w:type="dxa"/>
              <w:end w:w="35" w:type="dxa"/>
            </w:tcMar>
          </w:tcPr>
          <w:p>
            <w:pPr>
              <w:spacing w:before="0" w:after="20"/>
            </w:pPr>
            <w:r/>
            <w:r>
              <w:rPr>
                <w:rFonts w:ascii="Aptos" w:hAnsi="Aptos"/>
                <w:b/>
                <w:color w:val="5B7077"/>
                <w:sz w:val="14"/>
              </w:rPr>
              <w:t>DESCRIPTION</w:t>
            </w:r>
          </w:p>
          <w:p>
            <w:pPr>
              <w:spacing w:before="0" w:after="0"/>
            </w:pPr>
            <w:r>
              <w:rPr>
                <w:rFonts w:ascii="Aptos" w:hAnsi="Aptos"/>
                <w:color w:val="17212A"/>
                <w:sz w:val="18"/>
              </w:rPr>
              <w:t xml:space="preserve"> </w:t>
            </w:r>
          </w:p>
        </w:tc>
      </w:tr>
      <w:tr>
        <w:tc>
          <w:tcPr>
            <w:tcW w:type="dxa" w:w="2664"/>
            <w:tcBorders>
              <w:bottom w:val="single" w:sz="4" w:color="B7C4C8"/>
              <w:top w:val="single" w:sz="4" w:color="B7C4C8"/>
              <w:left w:val="single" w:sz="4" w:color="B7C4C8"/>
              <w:right w:val="single" w:sz="4" w:color="B7C4C8"/>
            </w:tcBorders>
            <w:tcMar>
              <w:top w:w="35" w:type="dxa"/>
              <w:start w:w="35" w:type="dxa"/>
              <w:bottom w:w="35" w:type="dxa"/>
              <w:end w:w="35" w:type="dxa"/>
            </w:tcMar>
          </w:tcPr>
          <w:p>
            <w:pPr>
              <w:spacing w:before="0" w:after="20"/>
            </w:pPr>
            <w:r/>
            <w:r>
              <w:rPr>
                <w:rFonts w:ascii="Aptos" w:hAnsi="Aptos"/>
                <w:b/>
                <w:color w:val="5B7077"/>
                <w:sz w:val="14"/>
              </w:rPr>
              <w:t>OWNER</w:t>
            </w:r>
          </w:p>
          <w:p>
            <w:pPr>
              <w:spacing w:before="0" w:after="0"/>
            </w:pPr>
            <w:r>
              <w:rPr>
                <w:rFonts w:ascii="Aptos" w:hAnsi="Aptos"/>
                <w:color w:val="17212A"/>
                <w:sz w:val="18"/>
              </w:rPr>
              <w:t xml:space="preserve"> </w:t>
            </w:r>
          </w:p>
        </w:tc>
        <w:tc>
          <w:tcPr>
            <w:tcW w:type="dxa" w:w="2664"/>
            <w:tcBorders>
              <w:bottom w:val="single" w:sz="4" w:color="B7C4C8"/>
              <w:top w:val="single" w:sz="4" w:color="B7C4C8"/>
              <w:left w:val="single" w:sz="4" w:color="B7C4C8"/>
              <w:right w:val="single" w:sz="4" w:color="B7C4C8"/>
            </w:tcBorders>
            <w:tcMar>
              <w:top w:w="35" w:type="dxa"/>
              <w:start w:w="35" w:type="dxa"/>
              <w:bottom w:w="35" w:type="dxa"/>
              <w:end w:w="35" w:type="dxa"/>
            </w:tcMar>
          </w:tcPr>
          <w:p>
            <w:pPr>
              <w:spacing w:before="0" w:after="20"/>
            </w:pPr>
            <w:r/>
            <w:r>
              <w:rPr>
                <w:rFonts w:ascii="Aptos" w:hAnsi="Aptos"/>
                <w:b/>
                <w:color w:val="5B7077"/>
                <w:sz w:val="14"/>
              </w:rPr>
              <w:t>DUE</w:t>
            </w:r>
          </w:p>
          <w:p>
            <w:pPr>
              <w:spacing w:before="0" w:after="0"/>
            </w:pPr>
            <w:r>
              <w:rPr>
                <w:rFonts w:ascii="Aptos" w:hAnsi="Aptos"/>
                <w:color w:val="17212A"/>
                <w:sz w:val="18"/>
              </w:rPr>
              <w:t xml:space="preserve"> </w:t>
            </w:r>
          </w:p>
        </w:tc>
        <w:tc>
          <w:tcPr>
            <w:tcW w:type="dxa" w:w="2664"/>
            <w:tcBorders>
              <w:bottom w:val="single" w:sz="4" w:color="B7C4C8"/>
              <w:top w:val="single" w:sz="4" w:color="B7C4C8"/>
              <w:left w:val="single" w:sz="4" w:color="B7C4C8"/>
              <w:right w:val="single" w:sz="4" w:color="B7C4C8"/>
            </w:tcBorders>
            <w:tcMar>
              <w:top w:w="35" w:type="dxa"/>
              <w:start w:w="35" w:type="dxa"/>
              <w:bottom w:w="35" w:type="dxa"/>
              <w:end w:w="35" w:type="dxa"/>
            </w:tcMar>
          </w:tcPr>
          <w:p>
            <w:pPr>
              <w:spacing w:before="0" w:after="20"/>
            </w:pPr>
            <w:r/>
            <w:r>
              <w:rPr>
                <w:rFonts w:ascii="Aptos" w:hAnsi="Aptos"/>
                <w:b/>
                <w:color w:val="5B7077"/>
                <w:sz w:val="14"/>
              </w:rPr>
              <w:t>PRIORITY</w:t>
            </w:r>
          </w:p>
          <w:p>
            <w:pPr>
              <w:spacing w:before="0" w:after="0"/>
            </w:pPr>
            <w:r>
              <w:rPr>
                <w:rFonts w:ascii="Aptos" w:hAnsi="Aptos"/>
                <w:color w:val="17212A"/>
                <w:sz w:val="18"/>
              </w:rPr>
              <w:t xml:space="preserve"> </w:t>
            </w:r>
          </w:p>
        </w:tc>
        <w:tc>
          <w:tcPr>
            <w:tcW w:type="dxa" w:w="2664"/>
            <w:tcBorders>
              <w:bottom w:val="single" w:sz="4" w:color="B7C4C8"/>
              <w:top w:val="single" w:sz="4" w:color="B7C4C8"/>
              <w:left w:val="single" w:sz="4" w:color="B7C4C8"/>
              <w:right w:val="single" w:sz="4" w:color="B7C4C8"/>
            </w:tcBorders>
            <w:tcMar>
              <w:top w:w="35" w:type="dxa"/>
              <w:start w:w="35" w:type="dxa"/>
              <w:bottom w:w="35" w:type="dxa"/>
              <w:end w:w="35" w:type="dxa"/>
            </w:tcMar>
          </w:tcPr>
          <w:p>
            <w:pPr>
              <w:spacing w:before="0" w:after="20"/>
            </w:pPr>
            <w:r/>
            <w:r>
              <w:rPr>
                <w:rFonts w:ascii="Aptos" w:hAnsi="Aptos"/>
                <w:b/>
                <w:color w:val="5B7077"/>
                <w:sz w:val="14"/>
              </w:rPr>
              <w:t>STATUS</w:t>
            </w:r>
          </w:p>
          <w:p>
            <w:pPr>
              <w:spacing w:before="0" w:after="0"/>
            </w:pPr>
            <w:r>
              <w:rPr>
                <w:rFonts w:ascii="Aptos" w:hAnsi="Aptos"/>
                <w:color w:val="17212A"/>
                <w:sz w:val="18"/>
              </w:rPr>
              <w:t>Open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370"/>
        <w:gridCol w:w="3288"/>
      </w:tblGrid>
      <w:tr>
        <w:tc>
          <w:tcPr>
            <w:tcW w:type="dxa" w:w="5329"/>
            <w:tcBorders>
              <w:top w:val="nil"/>
              <w:left w:val="nil"/>
              <w:bottom w:val="single" w:sz="10" w:color="24444C"/>
              <w:right w:val="nil"/>
            </w:tcBorders>
            <w:tcMar>
              <w:top w:w="20" w:type="dxa"/>
              <w:start w:w="0" w:type="dxa"/>
              <w:bottom w:w="55" w:type="dxa"/>
              <w:end w:w="0" w:type="dxa"/>
            </w:tcMar>
          </w:tcPr>
          <w:p>
            <w:pPr>
              <w:spacing w:before="0" w:after="0"/>
            </w:pPr>
            <w:r>
              <w:rPr>
                <w:rFonts w:ascii="Aptos" w:hAnsi="Aptos"/>
                <w:b/>
                <w:color w:val="24444C"/>
                <w:sz w:val="18"/>
              </w:rPr>
              <w:t>PROJECT / MEP MEETING NOTES</w:t>
            </w:r>
          </w:p>
        </w:tc>
        <w:tc>
          <w:tcPr>
            <w:tcW w:type="dxa" w:w="5329"/>
            <w:tcBorders>
              <w:top w:val="nil"/>
              <w:left w:val="nil"/>
              <w:bottom w:val="single" w:sz="10" w:color="24444C"/>
              <w:right w:val="nil"/>
            </w:tcBorders>
            <w:tcMar>
              <w:top w:w="20" w:type="dxa"/>
              <w:start w:w="0" w:type="dxa"/>
              <w:bottom w:w="55" w:type="dxa"/>
              <w:end w:w="0" w:type="dxa"/>
            </w:tcMar>
          </w:tcPr>
          <w:p>
            <w:pPr>
              <w:spacing w:before="0" w:after="0"/>
              <w:jc w:val="right"/>
            </w:pPr>
            <w:r>
              <w:rPr>
                <w:rFonts w:ascii="Aptos" w:hAnsi="Aptos"/>
                <w:b w:val="0"/>
                <w:color w:val="667B82"/>
                <w:sz w:val="16"/>
              </w:rPr>
              <w:t>DATE ____________________   PAGE 4</w:t>
            </w:r>
          </w:p>
        </w:tc>
      </w:tr>
    </w:tbl>
    <w:p>
      <w:pPr>
        <w:spacing w:before="40" w:after="140"/>
      </w:pPr>
      <w:r>
        <w:rPr>
          <w:rFonts w:ascii="Aptos Display" w:hAnsi="Aptos Display"/>
          <w:b/>
          <w:color w:val="17212A"/>
          <w:sz w:val="38"/>
        </w:rPr>
        <w:t>Consolidated action register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"/>
        <w:gridCol w:w="4989"/>
        <w:gridCol w:w="1587"/>
        <w:gridCol w:w="1247"/>
        <w:gridCol w:w="1134"/>
        <w:gridCol w:w="1417"/>
      </w:tblGrid>
      <w:tr>
        <w:trPr>
          <w:tblHeader w:val="true"/>
        </w:trPr>
        <w:tc>
          <w:tcPr>
            <w:tcW w:type="dxa" w:w="1776"/>
            <w:shd w:fill="EAF1F3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4" w:color="AEBBC3"/>
              <w:left w:val="single" w:sz="4" w:color="AEBBC3"/>
              <w:bottom w:val="single" w:sz="4" w:color="AEBBC3"/>
              <w:right w:val="single" w:sz="4" w:color="AEBBC3"/>
            </w:tcBorders>
          </w:tcPr>
          <w:p>
            <w:pPr>
              <w:spacing w:before="0" w:after="0"/>
            </w:pPr>
            <w:r/>
            <w:r>
              <w:rPr>
                <w:rFonts w:ascii="Aptos" w:hAnsi="Aptos"/>
                <w:b/>
                <w:color w:val="34434E"/>
                <w:sz w:val="14"/>
              </w:rPr>
              <w:t>Ref</w:t>
            </w:r>
          </w:p>
        </w:tc>
        <w:tc>
          <w:tcPr>
            <w:tcW w:type="dxa" w:w="1776"/>
            <w:shd w:fill="EAF1F3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4" w:color="AEBBC3"/>
              <w:left w:val="single" w:sz="4" w:color="AEBBC3"/>
              <w:bottom w:val="single" w:sz="4" w:color="AEBBC3"/>
              <w:right w:val="single" w:sz="4" w:color="AEBBC3"/>
            </w:tcBorders>
          </w:tcPr>
          <w:p>
            <w:pPr>
              <w:spacing w:before="0" w:after="0"/>
            </w:pPr>
            <w:r/>
            <w:r>
              <w:rPr>
                <w:rFonts w:ascii="Aptos" w:hAnsi="Aptos"/>
                <w:b/>
                <w:color w:val="34434E"/>
                <w:sz w:val="14"/>
              </w:rPr>
              <w:t>Action / decision</w:t>
            </w:r>
          </w:p>
        </w:tc>
        <w:tc>
          <w:tcPr>
            <w:tcW w:type="dxa" w:w="1776"/>
            <w:shd w:fill="EAF1F3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4" w:color="AEBBC3"/>
              <w:left w:val="single" w:sz="4" w:color="AEBBC3"/>
              <w:bottom w:val="single" w:sz="4" w:color="AEBBC3"/>
              <w:right w:val="single" w:sz="4" w:color="AEBBC3"/>
            </w:tcBorders>
          </w:tcPr>
          <w:p>
            <w:pPr>
              <w:spacing w:before="0" w:after="0"/>
            </w:pPr>
            <w:r/>
            <w:r>
              <w:rPr>
                <w:rFonts w:ascii="Aptos" w:hAnsi="Aptos"/>
                <w:b/>
                <w:color w:val="34434E"/>
                <w:sz w:val="14"/>
              </w:rPr>
              <w:t>Owner</w:t>
            </w:r>
          </w:p>
        </w:tc>
        <w:tc>
          <w:tcPr>
            <w:tcW w:type="dxa" w:w="1776"/>
            <w:shd w:fill="EAF1F3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4" w:color="AEBBC3"/>
              <w:left w:val="single" w:sz="4" w:color="AEBBC3"/>
              <w:bottom w:val="single" w:sz="4" w:color="AEBBC3"/>
              <w:right w:val="single" w:sz="4" w:color="AEBBC3"/>
            </w:tcBorders>
          </w:tcPr>
          <w:p>
            <w:pPr>
              <w:spacing w:before="0" w:after="0"/>
            </w:pPr>
            <w:r/>
            <w:r>
              <w:rPr>
                <w:rFonts w:ascii="Aptos" w:hAnsi="Aptos"/>
                <w:b/>
                <w:color w:val="34434E"/>
                <w:sz w:val="14"/>
              </w:rPr>
              <w:t>Due</w:t>
            </w:r>
          </w:p>
        </w:tc>
        <w:tc>
          <w:tcPr>
            <w:tcW w:type="dxa" w:w="1776"/>
            <w:shd w:fill="EAF1F3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4" w:color="AEBBC3"/>
              <w:left w:val="single" w:sz="4" w:color="AEBBC3"/>
              <w:bottom w:val="single" w:sz="4" w:color="AEBBC3"/>
              <w:right w:val="single" w:sz="4" w:color="AEBBC3"/>
            </w:tcBorders>
          </w:tcPr>
          <w:p>
            <w:pPr>
              <w:spacing w:before="0" w:after="0"/>
            </w:pPr>
            <w:r/>
            <w:r>
              <w:rPr>
                <w:rFonts w:ascii="Aptos" w:hAnsi="Aptos"/>
                <w:b/>
                <w:color w:val="34434E"/>
                <w:sz w:val="14"/>
              </w:rPr>
              <w:t>Priority</w:t>
            </w:r>
          </w:p>
        </w:tc>
        <w:tc>
          <w:tcPr>
            <w:tcW w:type="dxa" w:w="1776"/>
            <w:shd w:fill="EAF1F3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4" w:color="AEBBC3"/>
              <w:left w:val="single" w:sz="4" w:color="AEBBC3"/>
              <w:bottom w:val="single" w:sz="4" w:color="AEBBC3"/>
              <w:right w:val="single" w:sz="4" w:color="AEBBC3"/>
            </w:tcBorders>
          </w:tcPr>
          <w:p>
            <w:pPr>
              <w:spacing w:before="0" w:after="0"/>
            </w:pPr>
            <w:r/>
            <w:r>
              <w:rPr>
                <w:rFonts w:ascii="Aptos" w:hAnsi="Aptos"/>
                <w:b/>
                <w:color w:val="34434E"/>
                <w:sz w:val="14"/>
              </w:rPr>
              <w:t>Status</w:t>
            </w:r>
          </w:p>
        </w:tc>
      </w:tr>
      <w:tr>
        <w:trPr>
          <w:trHeight w:val="1020" w:hRule="atLeast"/>
        </w:trPr>
        <w:tc>
          <w:tcPr>
            <w:tcW w:type="dxa" w:w="1776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4" w:color="AEBBC3"/>
              <w:left w:val="single" w:sz="4" w:color="AEBBC3"/>
              <w:bottom w:val="single" w:sz="4" w:color="AEBBC3"/>
              <w:right w:val="single" w:sz="4" w:color="AEBBC3"/>
            </w:tcBorders>
          </w:tcPr>
          <w:p>
            <w:pPr>
              <w:spacing w:before="0" w:after="0"/>
            </w:pPr>
            <w:r/>
            <w:r>
              <w:rPr>
                <w:rFonts w:ascii="Aptos" w:hAnsi="Aptos"/>
                <w:b w:val="0"/>
                <w:color w:val="17212A"/>
                <w:sz w:val="16"/>
              </w:rPr>
              <w:t>A01</w:t>
            </w:r>
          </w:p>
        </w:tc>
        <w:tc>
          <w:tcPr>
            <w:tcW w:type="dxa" w:w="1776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4" w:color="AEBBC3"/>
              <w:left w:val="single" w:sz="4" w:color="AEBBC3"/>
              <w:bottom w:val="single" w:sz="4" w:color="AEBBC3"/>
              <w:right w:val="single" w:sz="4" w:color="AEBBC3"/>
            </w:tcBorders>
          </w:tcPr>
          <w:p>
            <w:pPr>
              <w:spacing w:before="0" w:after="0"/>
            </w:pPr>
            <w:r/>
            <w:r>
              <w:rPr>
                <w:rFonts w:ascii="Aptos" w:hAnsi="Aptos"/>
                <w:b w:val="0"/>
                <w:color w:val="17212A"/>
                <w:sz w:val="16"/>
              </w:rPr>
            </w:r>
          </w:p>
        </w:tc>
        <w:tc>
          <w:tcPr>
            <w:tcW w:type="dxa" w:w="1776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4" w:color="AEBBC3"/>
              <w:left w:val="single" w:sz="4" w:color="AEBBC3"/>
              <w:bottom w:val="single" w:sz="4" w:color="AEBBC3"/>
              <w:right w:val="single" w:sz="4" w:color="AEBBC3"/>
            </w:tcBorders>
          </w:tcPr>
          <w:p>
            <w:pPr>
              <w:spacing w:before="0" w:after="0"/>
            </w:pPr>
            <w:r/>
            <w:r>
              <w:rPr>
                <w:rFonts w:ascii="Aptos" w:hAnsi="Aptos"/>
                <w:b w:val="0"/>
                <w:color w:val="17212A"/>
                <w:sz w:val="16"/>
              </w:rPr>
            </w:r>
          </w:p>
        </w:tc>
        <w:tc>
          <w:tcPr>
            <w:tcW w:type="dxa" w:w="1776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4" w:color="AEBBC3"/>
              <w:left w:val="single" w:sz="4" w:color="AEBBC3"/>
              <w:bottom w:val="single" w:sz="4" w:color="AEBBC3"/>
              <w:right w:val="single" w:sz="4" w:color="AEBBC3"/>
            </w:tcBorders>
          </w:tcPr>
          <w:p>
            <w:pPr>
              <w:spacing w:before="0" w:after="0"/>
            </w:pPr>
            <w:r/>
            <w:r>
              <w:rPr>
                <w:rFonts w:ascii="Aptos" w:hAnsi="Aptos"/>
                <w:b w:val="0"/>
                <w:color w:val="17212A"/>
                <w:sz w:val="16"/>
              </w:rPr>
            </w:r>
          </w:p>
        </w:tc>
        <w:tc>
          <w:tcPr>
            <w:tcW w:type="dxa" w:w="1776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4" w:color="AEBBC3"/>
              <w:left w:val="single" w:sz="4" w:color="AEBBC3"/>
              <w:bottom w:val="single" w:sz="4" w:color="AEBBC3"/>
              <w:right w:val="single" w:sz="4" w:color="AEBBC3"/>
            </w:tcBorders>
          </w:tcPr>
          <w:p>
            <w:pPr>
              <w:spacing w:before="0" w:after="0"/>
            </w:pPr>
            <w:r/>
            <w:r>
              <w:rPr>
                <w:rFonts w:ascii="Aptos" w:hAnsi="Aptos"/>
                <w:b w:val="0"/>
                <w:color w:val="17212A"/>
                <w:sz w:val="16"/>
              </w:rPr>
            </w:r>
          </w:p>
        </w:tc>
        <w:tc>
          <w:tcPr>
            <w:tcW w:type="dxa" w:w="1776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4" w:color="AEBBC3"/>
              <w:left w:val="single" w:sz="4" w:color="AEBBC3"/>
              <w:bottom w:val="single" w:sz="4" w:color="AEBBC3"/>
              <w:right w:val="single" w:sz="4" w:color="AEBBC3"/>
            </w:tcBorders>
          </w:tcPr>
          <w:p>
            <w:pPr>
              <w:spacing w:before="0" w:after="0"/>
            </w:pPr>
            <w:r/>
            <w:r>
              <w:rPr>
                <w:rFonts w:ascii="Aptos" w:hAnsi="Aptos"/>
                <w:b w:val="0"/>
                <w:color w:val="17212A"/>
                <w:sz w:val="16"/>
              </w:rPr>
              <w:t>Open</w:t>
            </w:r>
          </w:p>
        </w:tc>
      </w:tr>
      <w:tr>
        <w:trPr>
          <w:trHeight w:val="1020" w:hRule="atLeast"/>
        </w:trPr>
        <w:tc>
          <w:tcPr>
            <w:tcW w:type="dxa" w:w="1776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4" w:color="AEBBC3"/>
              <w:left w:val="single" w:sz="4" w:color="AEBBC3"/>
              <w:bottom w:val="single" w:sz="4" w:color="AEBBC3"/>
              <w:right w:val="single" w:sz="4" w:color="AEBBC3"/>
            </w:tcBorders>
          </w:tcPr>
          <w:p>
            <w:pPr>
              <w:spacing w:before="0" w:after="0"/>
            </w:pPr>
            <w:r/>
            <w:r>
              <w:rPr>
                <w:rFonts w:ascii="Aptos" w:hAnsi="Aptos"/>
                <w:b w:val="0"/>
                <w:color w:val="17212A"/>
                <w:sz w:val="16"/>
              </w:rPr>
              <w:t>A02</w:t>
            </w:r>
          </w:p>
        </w:tc>
        <w:tc>
          <w:tcPr>
            <w:tcW w:type="dxa" w:w="1776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4" w:color="AEBBC3"/>
              <w:left w:val="single" w:sz="4" w:color="AEBBC3"/>
              <w:bottom w:val="single" w:sz="4" w:color="AEBBC3"/>
              <w:right w:val="single" w:sz="4" w:color="AEBBC3"/>
            </w:tcBorders>
          </w:tcPr>
          <w:p>
            <w:pPr>
              <w:spacing w:before="0" w:after="0"/>
            </w:pPr>
            <w:r/>
            <w:r>
              <w:rPr>
                <w:rFonts w:ascii="Aptos" w:hAnsi="Aptos"/>
                <w:b w:val="0"/>
                <w:color w:val="17212A"/>
                <w:sz w:val="16"/>
              </w:rPr>
            </w:r>
          </w:p>
        </w:tc>
        <w:tc>
          <w:tcPr>
            <w:tcW w:type="dxa" w:w="1776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4" w:color="AEBBC3"/>
              <w:left w:val="single" w:sz="4" w:color="AEBBC3"/>
              <w:bottom w:val="single" w:sz="4" w:color="AEBBC3"/>
              <w:right w:val="single" w:sz="4" w:color="AEBBC3"/>
            </w:tcBorders>
          </w:tcPr>
          <w:p>
            <w:pPr>
              <w:spacing w:before="0" w:after="0"/>
            </w:pPr>
            <w:r/>
            <w:r>
              <w:rPr>
                <w:rFonts w:ascii="Aptos" w:hAnsi="Aptos"/>
                <w:b w:val="0"/>
                <w:color w:val="17212A"/>
                <w:sz w:val="16"/>
              </w:rPr>
            </w:r>
          </w:p>
        </w:tc>
        <w:tc>
          <w:tcPr>
            <w:tcW w:type="dxa" w:w="1776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4" w:color="AEBBC3"/>
              <w:left w:val="single" w:sz="4" w:color="AEBBC3"/>
              <w:bottom w:val="single" w:sz="4" w:color="AEBBC3"/>
              <w:right w:val="single" w:sz="4" w:color="AEBBC3"/>
            </w:tcBorders>
          </w:tcPr>
          <w:p>
            <w:pPr>
              <w:spacing w:before="0" w:after="0"/>
            </w:pPr>
            <w:r/>
            <w:r>
              <w:rPr>
                <w:rFonts w:ascii="Aptos" w:hAnsi="Aptos"/>
                <w:b w:val="0"/>
                <w:color w:val="17212A"/>
                <w:sz w:val="16"/>
              </w:rPr>
            </w:r>
          </w:p>
        </w:tc>
        <w:tc>
          <w:tcPr>
            <w:tcW w:type="dxa" w:w="1776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4" w:color="AEBBC3"/>
              <w:left w:val="single" w:sz="4" w:color="AEBBC3"/>
              <w:bottom w:val="single" w:sz="4" w:color="AEBBC3"/>
              <w:right w:val="single" w:sz="4" w:color="AEBBC3"/>
            </w:tcBorders>
          </w:tcPr>
          <w:p>
            <w:pPr>
              <w:spacing w:before="0" w:after="0"/>
            </w:pPr>
            <w:r/>
            <w:r>
              <w:rPr>
                <w:rFonts w:ascii="Aptos" w:hAnsi="Aptos"/>
                <w:b w:val="0"/>
                <w:color w:val="17212A"/>
                <w:sz w:val="16"/>
              </w:rPr>
            </w:r>
          </w:p>
        </w:tc>
        <w:tc>
          <w:tcPr>
            <w:tcW w:type="dxa" w:w="1776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4" w:color="AEBBC3"/>
              <w:left w:val="single" w:sz="4" w:color="AEBBC3"/>
              <w:bottom w:val="single" w:sz="4" w:color="AEBBC3"/>
              <w:right w:val="single" w:sz="4" w:color="AEBBC3"/>
            </w:tcBorders>
          </w:tcPr>
          <w:p>
            <w:pPr>
              <w:spacing w:before="0" w:after="0"/>
            </w:pPr>
            <w:r/>
            <w:r>
              <w:rPr>
                <w:rFonts w:ascii="Aptos" w:hAnsi="Aptos"/>
                <w:b w:val="0"/>
                <w:color w:val="17212A"/>
                <w:sz w:val="16"/>
              </w:rPr>
              <w:t>Open</w:t>
            </w:r>
          </w:p>
        </w:tc>
      </w:tr>
      <w:tr>
        <w:trPr>
          <w:trHeight w:val="1020" w:hRule="atLeast"/>
        </w:trPr>
        <w:tc>
          <w:tcPr>
            <w:tcW w:type="dxa" w:w="1776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4" w:color="AEBBC3"/>
              <w:left w:val="single" w:sz="4" w:color="AEBBC3"/>
              <w:bottom w:val="single" w:sz="4" w:color="AEBBC3"/>
              <w:right w:val="single" w:sz="4" w:color="AEBBC3"/>
            </w:tcBorders>
          </w:tcPr>
          <w:p>
            <w:pPr>
              <w:spacing w:before="0" w:after="0"/>
            </w:pPr>
            <w:r/>
            <w:r>
              <w:rPr>
                <w:rFonts w:ascii="Aptos" w:hAnsi="Aptos"/>
                <w:b w:val="0"/>
                <w:color w:val="17212A"/>
                <w:sz w:val="16"/>
              </w:rPr>
              <w:t>A03</w:t>
            </w:r>
          </w:p>
        </w:tc>
        <w:tc>
          <w:tcPr>
            <w:tcW w:type="dxa" w:w="1776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4" w:color="AEBBC3"/>
              <w:left w:val="single" w:sz="4" w:color="AEBBC3"/>
              <w:bottom w:val="single" w:sz="4" w:color="AEBBC3"/>
              <w:right w:val="single" w:sz="4" w:color="AEBBC3"/>
            </w:tcBorders>
          </w:tcPr>
          <w:p>
            <w:pPr>
              <w:spacing w:before="0" w:after="0"/>
            </w:pPr>
            <w:r/>
            <w:r>
              <w:rPr>
                <w:rFonts w:ascii="Aptos" w:hAnsi="Aptos"/>
                <w:b w:val="0"/>
                <w:color w:val="17212A"/>
                <w:sz w:val="16"/>
              </w:rPr>
            </w:r>
          </w:p>
        </w:tc>
        <w:tc>
          <w:tcPr>
            <w:tcW w:type="dxa" w:w="1776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4" w:color="AEBBC3"/>
              <w:left w:val="single" w:sz="4" w:color="AEBBC3"/>
              <w:bottom w:val="single" w:sz="4" w:color="AEBBC3"/>
              <w:right w:val="single" w:sz="4" w:color="AEBBC3"/>
            </w:tcBorders>
          </w:tcPr>
          <w:p>
            <w:pPr>
              <w:spacing w:before="0" w:after="0"/>
            </w:pPr>
            <w:r/>
            <w:r>
              <w:rPr>
                <w:rFonts w:ascii="Aptos" w:hAnsi="Aptos"/>
                <w:b w:val="0"/>
                <w:color w:val="17212A"/>
                <w:sz w:val="16"/>
              </w:rPr>
            </w:r>
          </w:p>
        </w:tc>
        <w:tc>
          <w:tcPr>
            <w:tcW w:type="dxa" w:w="1776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4" w:color="AEBBC3"/>
              <w:left w:val="single" w:sz="4" w:color="AEBBC3"/>
              <w:bottom w:val="single" w:sz="4" w:color="AEBBC3"/>
              <w:right w:val="single" w:sz="4" w:color="AEBBC3"/>
            </w:tcBorders>
          </w:tcPr>
          <w:p>
            <w:pPr>
              <w:spacing w:before="0" w:after="0"/>
            </w:pPr>
            <w:r/>
            <w:r>
              <w:rPr>
                <w:rFonts w:ascii="Aptos" w:hAnsi="Aptos"/>
                <w:b w:val="0"/>
                <w:color w:val="17212A"/>
                <w:sz w:val="16"/>
              </w:rPr>
            </w:r>
          </w:p>
        </w:tc>
        <w:tc>
          <w:tcPr>
            <w:tcW w:type="dxa" w:w="1776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4" w:color="AEBBC3"/>
              <w:left w:val="single" w:sz="4" w:color="AEBBC3"/>
              <w:bottom w:val="single" w:sz="4" w:color="AEBBC3"/>
              <w:right w:val="single" w:sz="4" w:color="AEBBC3"/>
            </w:tcBorders>
          </w:tcPr>
          <w:p>
            <w:pPr>
              <w:spacing w:before="0" w:after="0"/>
            </w:pPr>
            <w:r/>
            <w:r>
              <w:rPr>
                <w:rFonts w:ascii="Aptos" w:hAnsi="Aptos"/>
                <w:b w:val="0"/>
                <w:color w:val="17212A"/>
                <w:sz w:val="16"/>
              </w:rPr>
            </w:r>
          </w:p>
        </w:tc>
        <w:tc>
          <w:tcPr>
            <w:tcW w:type="dxa" w:w="1776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4" w:color="AEBBC3"/>
              <w:left w:val="single" w:sz="4" w:color="AEBBC3"/>
              <w:bottom w:val="single" w:sz="4" w:color="AEBBC3"/>
              <w:right w:val="single" w:sz="4" w:color="AEBBC3"/>
            </w:tcBorders>
          </w:tcPr>
          <w:p>
            <w:pPr>
              <w:spacing w:before="0" w:after="0"/>
            </w:pPr>
            <w:r/>
            <w:r>
              <w:rPr>
                <w:rFonts w:ascii="Aptos" w:hAnsi="Aptos"/>
                <w:b w:val="0"/>
                <w:color w:val="17212A"/>
                <w:sz w:val="16"/>
              </w:rPr>
              <w:t>Open</w:t>
            </w:r>
          </w:p>
        </w:tc>
      </w:tr>
      <w:tr>
        <w:trPr>
          <w:trHeight w:val="1020" w:hRule="atLeast"/>
        </w:trPr>
        <w:tc>
          <w:tcPr>
            <w:tcW w:type="dxa" w:w="1776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4" w:color="AEBBC3"/>
              <w:left w:val="single" w:sz="4" w:color="AEBBC3"/>
              <w:bottom w:val="single" w:sz="4" w:color="AEBBC3"/>
              <w:right w:val="single" w:sz="4" w:color="AEBBC3"/>
            </w:tcBorders>
          </w:tcPr>
          <w:p>
            <w:pPr>
              <w:spacing w:before="0" w:after="0"/>
            </w:pPr>
            <w:r/>
            <w:r>
              <w:rPr>
                <w:rFonts w:ascii="Aptos" w:hAnsi="Aptos"/>
                <w:b w:val="0"/>
                <w:color w:val="17212A"/>
                <w:sz w:val="16"/>
              </w:rPr>
              <w:t>A04</w:t>
            </w:r>
          </w:p>
        </w:tc>
        <w:tc>
          <w:tcPr>
            <w:tcW w:type="dxa" w:w="1776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4" w:color="AEBBC3"/>
              <w:left w:val="single" w:sz="4" w:color="AEBBC3"/>
              <w:bottom w:val="single" w:sz="4" w:color="AEBBC3"/>
              <w:right w:val="single" w:sz="4" w:color="AEBBC3"/>
            </w:tcBorders>
          </w:tcPr>
          <w:p>
            <w:pPr>
              <w:spacing w:before="0" w:after="0"/>
            </w:pPr>
            <w:r/>
            <w:r>
              <w:rPr>
                <w:rFonts w:ascii="Aptos" w:hAnsi="Aptos"/>
                <w:b w:val="0"/>
                <w:color w:val="17212A"/>
                <w:sz w:val="16"/>
              </w:rPr>
            </w:r>
          </w:p>
        </w:tc>
        <w:tc>
          <w:tcPr>
            <w:tcW w:type="dxa" w:w="1776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4" w:color="AEBBC3"/>
              <w:left w:val="single" w:sz="4" w:color="AEBBC3"/>
              <w:bottom w:val="single" w:sz="4" w:color="AEBBC3"/>
              <w:right w:val="single" w:sz="4" w:color="AEBBC3"/>
            </w:tcBorders>
          </w:tcPr>
          <w:p>
            <w:pPr>
              <w:spacing w:before="0" w:after="0"/>
            </w:pPr>
            <w:r/>
            <w:r>
              <w:rPr>
                <w:rFonts w:ascii="Aptos" w:hAnsi="Aptos"/>
                <w:b w:val="0"/>
                <w:color w:val="17212A"/>
                <w:sz w:val="16"/>
              </w:rPr>
            </w:r>
          </w:p>
        </w:tc>
        <w:tc>
          <w:tcPr>
            <w:tcW w:type="dxa" w:w="1776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4" w:color="AEBBC3"/>
              <w:left w:val="single" w:sz="4" w:color="AEBBC3"/>
              <w:bottom w:val="single" w:sz="4" w:color="AEBBC3"/>
              <w:right w:val="single" w:sz="4" w:color="AEBBC3"/>
            </w:tcBorders>
          </w:tcPr>
          <w:p>
            <w:pPr>
              <w:spacing w:before="0" w:after="0"/>
            </w:pPr>
            <w:r/>
            <w:r>
              <w:rPr>
                <w:rFonts w:ascii="Aptos" w:hAnsi="Aptos"/>
                <w:b w:val="0"/>
                <w:color w:val="17212A"/>
                <w:sz w:val="16"/>
              </w:rPr>
            </w:r>
          </w:p>
        </w:tc>
        <w:tc>
          <w:tcPr>
            <w:tcW w:type="dxa" w:w="1776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4" w:color="AEBBC3"/>
              <w:left w:val="single" w:sz="4" w:color="AEBBC3"/>
              <w:bottom w:val="single" w:sz="4" w:color="AEBBC3"/>
              <w:right w:val="single" w:sz="4" w:color="AEBBC3"/>
            </w:tcBorders>
          </w:tcPr>
          <w:p>
            <w:pPr>
              <w:spacing w:before="0" w:after="0"/>
            </w:pPr>
            <w:r/>
            <w:r>
              <w:rPr>
                <w:rFonts w:ascii="Aptos" w:hAnsi="Aptos"/>
                <w:b w:val="0"/>
                <w:color w:val="17212A"/>
                <w:sz w:val="16"/>
              </w:rPr>
            </w:r>
          </w:p>
        </w:tc>
        <w:tc>
          <w:tcPr>
            <w:tcW w:type="dxa" w:w="1776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4" w:color="AEBBC3"/>
              <w:left w:val="single" w:sz="4" w:color="AEBBC3"/>
              <w:bottom w:val="single" w:sz="4" w:color="AEBBC3"/>
              <w:right w:val="single" w:sz="4" w:color="AEBBC3"/>
            </w:tcBorders>
          </w:tcPr>
          <w:p>
            <w:pPr>
              <w:spacing w:before="0" w:after="0"/>
            </w:pPr>
            <w:r/>
            <w:r>
              <w:rPr>
                <w:rFonts w:ascii="Aptos" w:hAnsi="Aptos"/>
                <w:b w:val="0"/>
                <w:color w:val="17212A"/>
                <w:sz w:val="16"/>
              </w:rPr>
              <w:t>Open</w:t>
            </w:r>
          </w:p>
        </w:tc>
      </w:tr>
      <w:tr>
        <w:trPr>
          <w:trHeight w:val="1020" w:hRule="atLeast"/>
        </w:trPr>
        <w:tc>
          <w:tcPr>
            <w:tcW w:type="dxa" w:w="1776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4" w:color="AEBBC3"/>
              <w:left w:val="single" w:sz="4" w:color="AEBBC3"/>
              <w:bottom w:val="single" w:sz="4" w:color="AEBBC3"/>
              <w:right w:val="single" w:sz="4" w:color="AEBBC3"/>
            </w:tcBorders>
          </w:tcPr>
          <w:p>
            <w:pPr>
              <w:spacing w:before="0" w:after="0"/>
            </w:pPr>
            <w:r/>
            <w:r>
              <w:rPr>
                <w:rFonts w:ascii="Aptos" w:hAnsi="Aptos"/>
                <w:b w:val="0"/>
                <w:color w:val="17212A"/>
                <w:sz w:val="16"/>
              </w:rPr>
              <w:t>A05</w:t>
            </w:r>
          </w:p>
        </w:tc>
        <w:tc>
          <w:tcPr>
            <w:tcW w:type="dxa" w:w="1776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4" w:color="AEBBC3"/>
              <w:left w:val="single" w:sz="4" w:color="AEBBC3"/>
              <w:bottom w:val="single" w:sz="4" w:color="AEBBC3"/>
              <w:right w:val="single" w:sz="4" w:color="AEBBC3"/>
            </w:tcBorders>
          </w:tcPr>
          <w:p>
            <w:pPr>
              <w:spacing w:before="0" w:after="0"/>
            </w:pPr>
            <w:r/>
            <w:r>
              <w:rPr>
                <w:rFonts w:ascii="Aptos" w:hAnsi="Aptos"/>
                <w:b w:val="0"/>
                <w:color w:val="17212A"/>
                <w:sz w:val="16"/>
              </w:rPr>
            </w:r>
          </w:p>
        </w:tc>
        <w:tc>
          <w:tcPr>
            <w:tcW w:type="dxa" w:w="1776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4" w:color="AEBBC3"/>
              <w:left w:val="single" w:sz="4" w:color="AEBBC3"/>
              <w:bottom w:val="single" w:sz="4" w:color="AEBBC3"/>
              <w:right w:val="single" w:sz="4" w:color="AEBBC3"/>
            </w:tcBorders>
          </w:tcPr>
          <w:p>
            <w:pPr>
              <w:spacing w:before="0" w:after="0"/>
            </w:pPr>
            <w:r/>
            <w:r>
              <w:rPr>
                <w:rFonts w:ascii="Aptos" w:hAnsi="Aptos"/>
                <w:b w:val="0"/>
                <w:color w:val="17212A"/>
                <w:sz w:val="16"/>
              </w:rPr>
            </w:r>
          </w:p>
        </w:tc>
        <w:tc>
          <w:tcPr>
            <w:tcW w:type="dxa" w:w="1776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4" w:color="AEBBC3"/>
              <w:left w:val="single" w:sz="4" w:color="AEBBC3"/>
              <w:bottom w:val="single" w:sz="4" w:color="AEBBC3"/>
              <w:right w:val="single" w:sz="4" w:color="AEBBC3"/>
            </w:tcBorders>
          </w:tcPr>
          <w:p>
            <w:pPr>
              <w:spacing w:before="0" w:after="0"/>
            </w:pPr>
            <w:r/>
            <w:r>
              <w:rPr>
                <w:rFonts w:ascii="Aptos" w:hAnsi="Aptos"/>
                <w:b w:val="0"/>
                <w:color w:val="17212A"/>
                <w:sz w:val="16"/>
              </w:rPr>
            </w:r>
          </w:p>
        </w:tc>
        <w:tc>
          <w:tcPr>
            <w:tcW w:type="dxa" w:w="1776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4" w:color="AEBBC3"/>
              <w:left w:val="single" w:sz="4" w:color="AEBBC3"/>
              <w:bottom w:val="single" w:sz="4" w:color="AEBBC3"/>
              <w:right w:val="single" w:sz="4" w:color="AEBBC3"/>
            </w:tcBorders>
          </w:tcPr>
          <w:p>
            <w:pPr>
              <w:spacing w:before="0" w:after="0"/>
            </w:pPr>
            <w:r/>
            <w:r>
              <w:rPr>
                <w:rFonts w:ascii="Aptos" w:hAnsi="Aptos"/>
                <w:b w:val="0"/>
                <w:color w:val="17212A"/>
                <w:sz w:val="16"/>
              </w:rPr>
            </w:r>
          </w:p>
        </w:tc>
        <w:tc>
          <w:tcPr>
            <w:tcW w:type="dxa" w:w="1776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4" w:color="AEBBC3"/>
              <w:left w:val="single" w:sz="4" w:color="AEBBC3"/>
              <w:bottom w:val="single" w:sz="4" w:color="AEBBC3"/>
              <w:right w:val="single" w:sz="4" w:color="AEBBC3"/>
            </w:tcBorders>
          </w:tcPr>
          <w:p>
            <w:pPr>
              <w:spacing w:before="0" w:after="0"/>
            </w:pPr>
            <w:r/>
            <w:r>
              <w:rPr>
                <w:rFonts w:ascii="Aptos" w:hAnsi="Aptos"/>
                <w:b w:val="0"/>
                <w:color w:val="17212A"/>
                <w:sz w:val="16"/>
              </w:rPr>
              <w:t>Open</w:t>
            </w:r>
          </w:p>
        </w:tc>
      </w:tr>
      <w:tr>
        <w:trPr>
          <w:trHeight w:val="1020" w:hRule="atLeast"/>
        </w:trPr>
        <w:tc>
          <w:tcPr>
            <w:tcW w:type="dxa" w:w="1776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4" w:color="AEBBC3"/>
              <w:left w:val="single" w:sz="4" w:color="AEBBC3"/>
              <w:bottom w:val="single" w:sz="4" w:color="AEBBC3"/>
              <w:right w:val="single" w:sz="4" w:color="AEBBC3"/>
            </w:tcBorders>
          </w:tcPr>
          <w:p>
            <w:pPr>
              <w:spacing w:before="0" w:after="0"/>
            </w:pPr>
            <w:r/>
            <w:r>
              <w:rPr>
                <w:rFonts w:ascii="Aptos" w:hAnsi="Aptos"/>
                <w:b w:val="0"/>
                <w:color w:val="17212A"/>
                <w:sz w:val="16"/>
              </w:rPr>
              <w:t>A06</w:t>
            </w:r>
          </w:p>
        </w:tc>
        <w:tc>
          <w:tcPr>
            <w:tcW w:type="dxa" w:w="1776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4" w:color="AEBBC3"/>
              <w:left w:val="single" w:sz="4" w:color="AEBBC3"/>
              <w:bottom w:val="single" w:sz="4" w:color="AEBBC3"/>
              <w:right w:val="single" w:sz="4" w:color="AEBBC3"/>
            </w:tcBorders>
          </w:tcPr>
          <w:p>
            <w:pPr>
              <w:spacing w:before="0" w:after="0"/>
            </w:pPr>
            <w:r/>
            <w:r>
              <w:rPr>
                <w:rFonts w:ascii="Aptos" w:hAnsi="Aptos"/>
                <w:b w:val="0"/>
                <w:color w:val="17212A"/>
                <w:sz w:val="16"/>
              </w:rPr>
            </w:r>
          </w:p>
        </w:tc>
        <w:tc>
          <w:tcPr>
            <w:tcW w:type="dxa" w:w="1776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4" w:color="AEBBC3"/>
              <w:left w:val="single" w:sz="4" w:color="AEBBC3"/>
              <w:bottom w:val="single" w:sz="4" w:color="AEBBC3"/>
              <w:right w:val="single" w:sz="4" w:color="AEBBC3"/>
            </w:tcBorders>
          </w:tcPr>
          <w:p>
            <w:pPr>
              <w:spacing w:before="0" w:after="0"/>
            </w:pPr>
            <w:r/>
            <w:r>
              <w:rPr>
                <w:rFonts w:ascii="Aptos" w:hAnsi="Aptos"/>
                <w:b w:val="0"/>
                <w:color w:val="17212A"/>
                <w:sz w:val="16"/>
              </w:rPr>
            </w:r>
          </w:p>
        </w:tc>
        <w:tc>
          <w:tcPr>
            <w:tcW w:type="dxa" w:w="1776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4" w:color="AEBBC3"/>
              <w:left w:val="single" w:sz="4" w:color="AEBBC3"/>
              <w:bottom w:val="single" w:sz="4" w:color="AEBBC3"/>
              <w:right w:val="single" w:sz="4" w:color="AEBBC3"/>
            </w:tcBorders>
          </w:tcPr>
          <w:p>
            <w:pPr>
              <w:spacing w:before="0" w:after="0"/>
            </w:pPr>
            <w:r/>
            <w:r>
              <w:rPr>
                <w:rFonts w:ascii="Aptos" w:hAnsi="Aptos"/>
                <w:b w:val="0"/>
                <w:color w:val="17212A"/>
                <w:sz w:val="16"/>
              </w:rPr>
            </w:r>
          </w:p>
        </w:tc>
        <w:tc>
          <w:tcPr>
            <w:tcW w:type="dxa" w:w="1776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4" w:color="AEBBC3"/>
              <w:left w:val="single" w:sz="4" w:color="AEBBC3"/>
              <w:bottom w:val="single" w:sz="4" w:color="AEBBC3"/>
              <w:right w:val="single" w:sz="4" w:color="AEBBC3"/>
            </w:tcBorders>
          </w:tcPr>
          <w:p>
            <w:pPr>
              <w:spacing w:before="0" w:after="0"/>
            </w:pPr>
            <w:r/>
            <w:r>
              <w:rPr>
                <w:rFonts w:ascii="Aptos" w:hAnsi="Aptos"/>
                <w:b w:val="0"/>
                <w:color w:val="17212A"/>
                <w:sz w:val="16"/>
              </w:rPr>
            </w:r>
          </w:p>
        </w:tc>
        <w:tc>
          <w:tcPr>
            <w:tcW w:type="dxa" w:w="1776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4" w:color="AEBBC3"/>
              <w:left w:val="single" w:sz="4" w:color="AEBBC3"/>
              <w:bottom w:val="single" w:sz="4" w:color="AEBBC3"/>
              <w:right w:val="single" w:sz="4" w:color="AEBBC3"/>
            </w:tcBorders>
          </w:tcPr>
          <w:p>
            <w:pPr>
              <w:spacing w:before="0" w:after="0"/>
            </w:pPr>
            <w:r/>
            <w:r>
              <w:rPr>
                <w:rFonts w:ascii="Aptos" w:hAnsi="Aptos"/>
                <w:b w:val="0"/>
                <w:color w:val="17212A"/>
                <w:sz w:val="16"/>
              </w:rPr>
              <w:t>Open</w:t>
            </w:r>
          </w:p>
        </w:tc>
      </w:tr>
      <w:tr>
        <w:trPr>
          <w:trHeight w:val="1020" w:hRule="atLeast"/>
        </w:trPr>
        <w:tc>
          <w:tcPr>
            <w:tcW w:type="dxa" w:w="1776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4" w:color="AEBBC3"/>
              <w:left w:val="single" w:sz="4" w:color="AEBBC3"/>
              <w:bottom w:val="single" w:sz="4" w:color="AEBBC3"/>
              <w:right w:val="single" w:sz="4" w:color="AEBBC3"/>
            </w:tcBorders>
          </w:tcPr>
          <w:p>
            <w:pPr>
              <w:spacing w:before="0" w:after="0"/>
            </w:pPr>
            <w:r/>
            <w:r>
              <w:rPr>
                <w:rFonts w:ascii="Aptos" w:hAnsi="Aptos"/>
                <w:b w:val="0"/>
                <w:color w:val="17212A"/>
                <w:sz w:val="16"/>
              </w:rPr>
              <w:t>A07</w:t>
            </w:r>
          </w:p>
        </w:tc>
        <w:tc>
          <w:tcPr>
            <w:tcW w:type="dxa" w:w="1776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4" w:color="AEBBC3"/>
              <w:left w:val="single" w:sz="4" w:color="AEBBC3"/>
              <w:bottom w:val="single" w:sz="4" w:color="AEBBC3"/>
              <w:right w:val="single" w:sz="4" w:color="AEBBC3"/>
            </w:tcBorders>
          </w:tcPr>
          <w:p>
            <w:pPr>
              <w:spacing w:before="0" w:after="0"/>
            </w:pPr>
            <w:r/>
            <w:r>
              <w:rPr>
                <w:rFonts w:ascii="Aptos" w:hAnsi="Aptos"/>
                <w:b w:val="0"/>
                <w:color w:val="17212A"/>
                <w:sz w:val="16"/>
              </w:rPr>
            </w:r>
          </w:p>
        </w:tc>
        <w:tc>
          <w:tcPr>
            <w:tcW w:type="dxa" w:w="1776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4" w:color="AEBBC3"/>
              <w:left w:val="single" w:sz="4" w:color="AEBBC3"/>
              <w:bottom w:val="single" w:sz="4" w:color="AEBBC3"/>
              <w:right w:val="single" w:sz="4" w:color="AEBBC3"/>
            </w:tcBorders>
          </w:tcPr>
          <w:p>
            <w:pPr>
              <w:spacing w:before="0" w:after="0"/>
            </w:pPr>
            <w:r/>
            <w:r>
              <w:rPr>
                <w:rFonts w:ascii="Aptos" w:hAnsi="Aptos"/>
                <w:b w:val="0"/>
                <w:color w:val="17212A"/>
                <w:sz w:val="16"/>
              </w:rPr>
            </w:r>
          </w:p>
        </w:tc>
        <w:tc>
          <w:tcPr>
            <w:tcW w:type="dxa" w:w="1776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4" w:color="AEBBC3"/>
              <w:left w:val="single" w:sz="4" w:color="AEBBC3"/>
              <w:bottom w:val="single" w:sz="4" w:color="AEBBC3"/>
              <w:right w:val="single" w:sz="4" w:color="AEBBC3"/>
            </w:tcBorders>
          </w:tcPr>
          <w:p>
            <w:pPr>
              <w:spacing w:before="0" w:after="0"/>
            </w:pPr>
            <w:r/>
            <w:r>
              <w:rPr>
                <w:rFonts w:ascii="Aptos" w:hAnsi="Aptos"/>
                <w:b w:val="0"/>
                <w:color w:val="17212A"/>
                <w:sz w:val="16"/>
              </w:rPr>
            </w:r>
          </w:p>
        </w:tc>
        <w:tc>
          <w:tcPr>
            <w:tcW w:type="dxa" w:w="1776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4" w:color="AEBBC3"/>
              <w:left w:val="single" w:sz="4" w:color="AEBBC3"/>
              <w:bottom w:val="single" w:sz="4" w:color="AEBBC3"/>
              <w:right w:val="single" w:sz="4" w:color="AEBBC3"/>
            </w:tcBorders>
          </w:tcPr>
          <w:p>
            <w:pPr>
              <w:spacing w:before="0" w:after="0"/>
            </w:pPr>
            <w:r/>
            <w:r>
              <w:rPr>
                <w:rFonts w:ascii="Aptos" w:hAnsi="Aptos"/>
                <w:b w:val="0"/>
                <w:color w:val="17212A"/>
                <w:sz w:val="16"/>
              </w:rPr>
            </w:r>
          </w:p>
        </w:tc>
        <w:tc>
          <w:tcPr>
            <w:tcW w:type="dxa" w:w="1776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4" w:color="AEBBC3"/>
              <w:left w:val="single" w:sz="4" w:color="AEBBC3"/>
              <w:bottom w:val="single" w:sz="4" w:color="AEBBC3"/>
              <w:right w:val="single" w:sz="4" w:color="AEBBC3"/>
            </w:tcBorders>
          </w:tcPr>
          <w:p>
            <w:pPr>
              <w:spacing w:before="0" w:after="0"/>
            </w:pPr>
            <w:r/>
            <w:r>
              <w:rPr>
                <w:rFonts w:ascii="Aptos" w:hAnsi="Aptos"/>
                <w:b w:val="0"/>
                <w:color w:val="17212A"/>
                <w:sz w:val="16"/>
              </w:rPr>
              <w:t>Open</w:t>
            </w:r>
          </w:p>
        </w:tc>
      </w:tr>
      <w:tr>
        <w:trPr>
          <w:trHeight w:val="1020" w:hRule="atLeast"/>
        </w:trPr>
        <w:tc>
          <w:tcPr>
            <w:tcW w:type="dxa" w:w="1776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4" w:color="AEBBC3"/>
              <w:left w:val="single" w:sz="4" w:color="AEBBC3"/>
              <w:bottom w:val="single" w:sz="4" w:color="AEBBC3"/>
              <w:right w:val="single" w:sz="4" w:color="AEBBC3"/>
            </w:tcBorders>
          </w:tcPr>
          <w:p>
            <w:pPr>
              <w:spacing w:before="0" w:after="0"/>
            </w:pPr>
            <w:r/>
            <w:r>
              <w:rPr>
                <w:rFonts w:ascii="Aptos" w:hAnsi="Aptos"/>
                <w:b w:val="0"/>
                <w:color w:val="17212A"/>
                <w:sz w:val="16"/>
              </w:rPr>
              <w:t>A08</w:t>
            </w:r>
          </w:p>
        </w:tc>
        <w:tc>
          <w:tcPr>
            <w:tcW w:type="dxa" w:w="1776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4" w:color="AEBBC3"/>
              <w:left w:val="single" w:sz="4" w:color="AEBBC3"/>
              <w:bottom w:val="single" w:sz="4" w:color="AEBBC3"/>
              <w:right w:val="single" w:sz="4" w:color="AEBBC3"/>
            </w:tcBorders>
          </w:tcPr>
          <w:p>
            <w:pPr>
              <w:spacing w:before="0" w:after="0"/>
            </w:pPr>
            <w:r/>
            <w:r>
              <w:rPr>
                <w:rFonts w:ascii="Aptos" w:hAnsi="Aptos"/>
                <w:b w:val="0"/>
                <w:color w:val="17212A"/>
                <w:sz w:val="16"/>
              </w:rPr>
            </w:r>
          </w:p>
        </w:tc>
        <w:tc>
          <w:tcPr>
            <w:tcW w:type="dxa" w:w="1776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4" w:color="AEBBC3"/>
              <w:left w:val="single" w:sz="4" w:color="AEBBC3"/>
              <w:bottom w:val="single" w:sz="4" w:color="AEBBC3"/>
              <w:right w:val="single" w:sz="4" w:color="AEBBC3"/>
            </w:tcBorders>
          </w:tcPr>
          <w:p>
            <w:pPr>
              <w:spacing w:before="0" w:after="0"/>
            </w:pPr>
            <w:r/>
            <w:r>
              <w:rPr>
                <w:rFonts w:ascii="Aptos" w:hAnsi="Aptos"/>
                <w:b w:val="0"/>
                <w:color w:val="17212A"/>
                <w:sz w:val="16"/>
              </w:rPr>
            </w:r>
          </w:p>
        </w:tc>
        <w:tc>
          <w:tcPr>
            <w:tcW w:type="dxa" w:w="1776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4" w:color="AEBBC3"/>
              <w:left w:val="single" w:sz="4" w:color="AEBBC3"/>
              <w:bottom w:val="single" w:sz="4" w:color="AEBBC3"/>
              <w:right w:val="single" w:sz="4" w:color="AEBBC3"/>
            </w:tcBorders>
          </w:tcPr>
          <w:p>
            <w:pPr>
              <w:spacing w:before="0" w:after="0"/>
            </w:pPr>
            <w:r/>
            <w:r>
              <w:rPr>
                <w:rFonts w:ascii="Aptos" w:hAnsi="Aptos"/>
                <w:b w:val="0"/>
                <w:color w:val="17212A"/>
                <w:sz w:val="16"/>
              </w:rPr>
            </w:r>
          </w:p>
        </w:tc>
        <w:tc>
          <w:tcPr>
            <w:tcW w:type="dxa" w:w="1776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4" w:color="AEBBC3"/>
              <w:left w:val="single" w:sz="4" w:color="AEBBC3"/>
              <w:bottom w:val="single" w:sz="4" w:color="AEBBC3"/>
              <w:right w:val="single" w:sz="4" w:color="AEBBC3"/>
            </w:tcBorders>
          </w:tcPr>
          <w:p>
            <w:pPr>
              <w:spacing w:before="0" w:after="0"/>
            </w:pPr>
            <w:r/>
            <w:r>
              <w:rPr>
                <w:rFonts w:ascii="Aptos" w:hAnsi="Aptos"/>
                <w:b w:val="0"/>
                <w:color w:val="17212A"/>
                <w:sz w:val="16"/>
              </w:rPr>
            </w:r>
          </w:p>
        </w:tc>
        <w:tc>
          <w:tcPr>
            <w:tcW w:type="dxa" w:w="1776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4" w:color="AEBBC3"/>
              <w:left w:val="single" w:sz="4" w:color="AEBBC3"/>
              <w:bottom w:val="single" w:sz="4" w:color="AEBBC3"/>
              <w:right w:val="single" w:sz="4" w:color="AEBBC3"/>
            </w:tcBorders>
          </w:tcPr>
          <w:p>
            <w:pPr>
              <w:spacing w:before="0" w:after="0"/>
            </w:pPr>
            <w:r/>
            <w:r>
              <w:rPr>
                <w:rFonts w:ascii="Aptos" w:hAnsi="Aptos"/>
                <w:b w:val="0"/>
                <w:color w:val="17212A"/>
                <w:sz w:val="16"/>
              </w:rPr>
              <w:t>Open</w:t>
            </w:r>
          </w:p>
        </w:tc>
      </w:tr>
    </w:tbl>
    <w:p>
      <w:pPr>
        <w:spacing w:before="160" w:after="0"/>
      </w:pPr>
      <w:r>
        <w:rPr>
          <w:rFonts w:ascii="Aptos" w:hAnsi="Aptos"/>
          <w:color w:val="69787E"/>
          <w:sz w:val="14"/>
        </w:rPr>
        <w:t>Tip: duplicate a notes page in Word if you need more writing space. The web builder can also create ruled, engineering-grid or blank packs with a chosen number of notes pages. Review and adapt the template to suit the project and information-management requirements.</w:t>
      </w:r>
    </w:p>
    <w:sectPr w:rsidR="00FC693F" w:rsidRPr="0006063C" w:rsidSect="00034616">
      <w:footerReference w:type="default" r:id="rId9"/>
      <w:pgSz w:w="11906" w:h="16838"/>
      <w:pgMar w:top="567" w:right="624" w:bottom="680" w:left="624" w:header="227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Aptos" w:hAnsi="Aptos"/>
        <w:color w:val="78888E"/>
        <w:sz w:val="14"/>
      </w:rPr>
      <w:t>MEP Visit by WalkRound · Free project resource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MEP Meeting Notes Template</dc:title>
  <dc:subject>Free editable MEP meeting and workshop notes template</dc:subject>
  <dc:creator>MEP Visit by WalkRound</dc:creator>
  <cp:keywords>MEP, meeting notes, actions, building services, WalkRound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